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FFD1" w14:textId="479E05BA" w:rsidR="00710D77" w:rsidRDefault="00710D77">
      <w:pPr>
        <w:jc w:val="center"/>
        <w:rPr>
          <w:b/>
          <w:sz w:val="28"/>
        </w:rPr>
      </w:pPr>
      <w:r w:rsidRPr="00693BE5">
        <w:rPr>
          <w:noProof/>
        </w:rPr>
        <w:drawing>
          <wp:inline distT="0" distB="0" distL="0" distR="0" wp14:anchorId="144E7EB9" wp14:editId="226043FE">
            <wp:extent cx="788987" cy="1094153"/>
            <wp:effectExtent l="0" t="0" r="0" b="0"/>
            <wp:docPr id="1882088301" name="Imagen 1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2088301" name="Imagen 1" descr="Logotipo, nombre de la empresa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28" cy="110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934A6C" w14:textId="5B5AA14E" w:rsidR="00250F82" w:rsidRPr="00496C33" w:rsidRDefault="00496C33" w:rsidP="00496C33">
      <w:pPr>
        <w:jc w:val="center"/>
        <w:rPr>
          <w:rFonts w:cs="Calibri"/>
          <w:b/>
          <w:bCs/>
          <w:sz w:val="28"/>
          <w:szCs w:val="28"/>
        </w:rPr>
      </w:pPr>
      <w:r w:rsidRPr="00496C33">
        <w:rPr>
          <w:rFonts w:cs="Calibri"/>
          <w:b/>
          <w:bCs/>
          <w:color w:val="000000"/>
          <w:sz w:val="28"/>
          <w:szCs w:val="28"/>
        </w:rPr>
        <w:t>Semi-structured interview guide</w:t>
      </w:r>
      <w:r w:rsidR="00000000">
        <w:rPr>
          <w:b/>
          <w:sz w:val="28"/>
        </w:rPr>
        <w:t xml:space="preserve"> (S4)</w:t>
      </w:r>
    </w:p>
    <w:p w14:paraId="619AE7C6" w14:textId="5FDAD9E4" w:rsidR="00250F82" w:rsidRPr="00076CAF" w:rsidRDefault="00076CAF">
      <w:pPr>
        <w:rPr>
          <w:b/>
          <w:bCs/>
        </w:rPr>
      </w:pPr>
      <w:r w:rsidRPr="00076CAF">
        <w:rPr>
          <w:rFonts w:cs="Calibri"/>
          <w:b/>
          <w:bCs/>
          <w:color w:val="000000"/>
        </w:rPr>
        <w:t>Semi-structured interview guide</w:t>
      </w:r>
      <w:r w:rsidR="00000000" w:rsidRPr="00076CAF">
        <w:rPr>
          <w:b/>
          <w:bCs/>
        </w:rPr>
        <w:t xml:space="preserve"> for students who participated in the Puerta Politécnica al Cosmos event</w:t>
      </w:r>
    </w:p>
    <w:p w14:paraId="0EBA8F45" w14:textId="043A3C56" w:rsidR="00250F82" w:rsidRDefault="00000000" w:rsidP="00710D77">
      <w:r w:rsidRPr="00710D77">
        <w:rPr>
          <w:b/>
          <w:sz w:val="24"/>
        </w:rPr>
        <w:t>Participant profile</w:t>
      </w:r>
    </w:p>
    <w:p w14:paraId="2616F29B" w14:textId="05403267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Age:</w:t>
      </w:r>
    </w:p>
    <w:p w14:paraId="5965E20C" w14:textId="77777777" w:rsidR="00250F82" w:rsidRDefault="00000000">
      <w:r>
        <w:rPr>
          <w:rFonts w:ascii="Segoe UI Symbol" w:hAnsi="Segoe UI Symbol" w:cs="Segoe UI Symbol"/>
        </w:rPr>
        <w:t>☐</w:t>
      </w:r>
      <w:r>
        <w:t xml:space="preserve"> Under 18 years</w:t>
      </w:r>
    </w:p>
    <w:p w14:paraId="349DD9FA" w14:textId="77777777" w:rsidR="00250F82" w:rsidRDefault="00000000">
      <w:r>
        <w:t>☐ 18–25 years</w:t>
      </w:r>
    </w:p>
    <w:p w14:paraId="26C009B7" w14:textId="77777777" w:rsidR="00250F82" w:rsidRDefault="00000000">
      <w:r>
        <w:t>☐ 26–35 years</w:t>
      </w:r>
    </w:p>
    <w:p w14:paraId="3041664E" w14:textId="77777777" w:rsidR="00250F82" w:rsidRDefault="00000000">
      <w:r>
        <w:t>☐ 36–50 years</w:t>
      </w:r>
    </w:p>
    <w:p w14:paraId="57FE9A59" w14:textId="77777777" w:rsidR="00250F82" w:rsidRDefault="00000000">
      <w:r>
        <w:t>☐ Over 50 years</w:t>
      </w:r>
    </w:p>
    <w:p w14:paraId="5D742444" w14:textId="596045D9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Highest educational level completed:</w:t>
      </w:r>
    </w:p>
    <w:p w14:paraId="4BA04009" w14:textId="77777777" w:rsidR="00250F82" w:rsidRDefault="00000000">
      <w:r>
        <w:rPr>
          <w:rFonts w:ascii="Segoe UI Symbol" w:hAnsi="Segoe UI Symbol" w:cs="Segoe UI Symbol"/>
        </w:rPr>
        <w:t>☐</w:t>
      </w:r>
      <w:r>
        <w:t xml:space="preserve"> Primary</w:t>
      </w:r>
    </w:p>
    <w:p w14:paraId="5DC5725C" w14:textId="77777777" w:rsidR="00250F82" w:rsidRDefault="00000000">
      <w:r>
        <w:t>☐ Lower secondary</w:t>
      </w:r>
    </w:p>
    <w:p w14:paraId="7AC10C22" w14:textId="77777777" w:rsidR="00250F82" w:rsidRDefault="00000000">
      <w:r>
        <w:t>☐ Upper secondary</w:t>
      </w:r>
    </w:p>
    <w:p w14:paraId="5AFB76F3" w14:textId="77777777" w:rsidR="00250F82" w:rsidRDefault="00000000">
      <w:r>
        <w:t>☐ Undergraduate (Bachelor’s degree)</w:t>
      </w:r>
    </w:p>
    <w:p w14:paraId="7C0F3931" w14:textId="77777777" w:rsidR="00250F82" w:rsidRDefault="00000000">
      <w:r>
        <w:t>☐ Postgraduate</w:t>
      </w:r>
    </w:p>
    <w:p w14:paraId="20FFE2C1" w14:textId="5D1F6150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Current occupation:</w:t>
      </w:r>
    </w:p>
    <w:p w14:paraId="13AAD4B7" w14:textId="31615469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Have you previously attended similar science communication/outreach events?</w:t>
      </w:r>
    </w:p>
    <w:p w14:paraId="1BAF38B7" w14:textId="77777777" w:rsidR="00250F82" w:rsidRDefault="00000000">
      <w:r>
        <w:rPr>
          <w:rFonts w:ascii="Segoe UI Symbol" w:hAnsi="Segoe UI Symbol" w:cs="Segoe UI Symbol"/>
        </w:rPr>
        <w:t>☐</w:t>
      </w:r>
      <w:r>
        <w:t xml:space="preserve"> Yes</w:t>
      </w:r>
    </w:p>
    <w:p w14:paraId="2C1F7BDB" w14:textId="77777777" w:rsidR="00250F82" w:rsidRDefault="00000000">
      <w:r>
        <w:t>☐ No</w:t>
      </w:r>
    </w:p>
    <w:p w14:paraId="4EDF3CF3" w14:textId="55ADFFE8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Which activities did you take part in at the event? (Tick all that apply)</w:t>
      </w:r>
    </w:p>
    <w:p w14:paraId="65321F8D" w14:textId="77777777" w:rsidR="00250F82" w:rsidRDefault="00000000">
      <w:r>
        <w:rPr>
          <w:rFonts w:ascii="Segoe UI Symbol" w:hAnsi="Segoe UI Symbol" w:cs="Segoe UI Symbol"/>
        </w:rPr>
        <w:lastRenderedPageBreak/>
        <w:t>☐</w:t>
      </w:r>
      <w:r>
        <w:t xml:space="preserve"> Mobile Polytechnic Planetarium</w:t>
      </w:r>
    </w:p>
    <w:p w14:paraId="4EF145EE" w14:textId="77777777" w:rsidR="00250F82" w:rsidRDefault="00000000">
      <w:r>
        <w:t>☐ Images of the Cosmos exhibition</w:t>
      </w:r>
    </w:p>
    <w:p w14:paraId="19148FE8" w14:textId="77777777" w:rsidR="00250F82" w:rsidRDefault="00000000">
      <w:r>
        <w:t>☐ Astrophotography workshop</w:t>
      </w:r>
    </w:p>
    <w:p w14:paraId="44E185F5" w14:textId="77777777" w:rsidR="00250F82" w:rsidRDefault="00000000">
      <w:r>
        <w:t>☐ ‘Cosmic Kids’ workshop</w:t>
      </w:r>
    </w:p>
    <w:p w14:paraId="1ADCD735" w14:textId="77777777" w:rsidR="00250F82" w:rsidRDefault="00000000">
      <w:r>
        <w:t>☐ Astronomical observation workshop (day/night)</w:t>
      </w:r>
    </w:p>
    <w:p w14:paraId="2538BF82" w14:textId="77777777" w:rsidR="00250F82" w:rsidRDefault="00000000">
      <w:r>
        <w:t>☐ Rocketry workshop</w:t>
      </w:r>
    </w:p>
    <w:p w14:paraId="0D179AFF" w14:textId="77777777" w:rsidR="00250F82" w:rsidRDefault="00000000">
      <w:r>
        <w:t>☐ Hydropropelled rocket exhibition/demonstration</w:t>
      </w:r>
    </w:p>
    <w:p w14:paraId="5DA1E806" w14:textId="77777777" w:rsidR="00250F82" w:rsidRDefault="00000000">
      <w:r>
        <w:t>☐ Scientific talks and lectures</w:t>
      </w:r>
    </w:p>
    <w:p w14:paraId="274F21A5" w14:textId="77777777" w:rsidR="00250F82" w:rsidRDefault="00000000">
      <w:r>
        <w:t>☐ Other (please specify): __________</w:t>
      </w:r>
    </w:p>
    <w:p w14:paraId="21CA8D43" w14:textId="1022ED55" w:rsidR="00250F82" w:rsidRDefault="00000000">
      <w:r>
        <w:rPr>
          <w:b/>
          <w:sz w:val="24"/>
        </w:rPr>
        <w:t>Event experience</w:t>
      </w:r>
    </w:p>
    <w:p w14:paraId="729A0067" w14:textId="7E00D9EF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How would you describe your experience at the ‘Puerta Politécnica al Cosmos’ event?</w:t>
      </w:r>
    </w:p>
    <w:p w14:paraId="265AE654" w14:textId="16D648B1" w:rsidR="00710D77" w:rsidRDefault="00710D77" w:rsidP="00710D77">
      <w:r>
        <w:t>______________________________________________________________________________________________________________________________________________________</w:t>
      </w:r>
    </w:p>
    <w:p w14:paraId="5A1395FA" w14:textId="0F50EEF9" w:rsidR="00250F82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What did you like most about the event, and why?</w:t>
      </w:r>
    </w:p>
    <w:p w14:paraId="791AF9C8" w14:textId="77777777" w:rsidR="00710D77" w:rsidRDefault="00710D77" w:rsidP="00710D77">
      <w:r>
        <w:t>______________________________________________________________________________________________________________________________________________________</w:t>
      </w:r>
    </w:p>
    <w:p w14:paraId="4D60958F" w14:textId="77777777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Was there anything you did not like, or that you think could be improved?</w:t>
      </w:r>
    </w:p>
    <w:p w14:paraId="30DE822C" w14:textId="77777777" w:rsidR="00710D77" w:rsidRDefault="00710D77" w:rsidP="00710D77">
      <w:r>
        <w:t>______________________________________________________________________________________________________________________________________________________</w:t>
      </w:r>
    </w:p>
    <w:p w14:paraId="465B066D" w14:textId="77777777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 xml:space="preserve">Do you think the event was well structured and organised for the </w:t>
      </w:r>
      <w:proofErr w:type="gramStart"/>
      <w:r w:rsidRPr="00710D77">
        <w:rPr>
          <w:b/>
          <w:bCs/>
        </w:rPr>
        <w:t>general public</w:t>
      </w:r>
      <w:proofErr w:type="gramEnd"/>
      <w:r w:rsidRPr="00710D77">
        <w:rPr>
          <w:b/>
          <w:bCs/>
        </w:rPr>
        <w:t>?</w:t>
      </w:r>
    </w:p>
    <w:p w14:paraId="2D1261B6" w14:textId="161A7ED8" w:rsidR="00250F82" w:rsidRDefault="00710D77" w:rsidP="00710D77">
      <w:r>
        <w:t>______________________________________________________________________________________________________________________________________________________</w:t>
      </w:r>
    </w:p>
    <w:p w14:paraId="353B3BFD" w14:textId="4D76C2A8" w:rsidR="00250F82" w:rsidRDefault="00000000">
      <w:r>
        <w:rPr>
          <w:b/>
          <w:sz w:val="24"/>
        </w:rPr>
        <w:t>Learning impact and perceptions of science</w:t>
      </w:r>
    </w:p>
    <w:p w14:paraId="3C792D94" w14:textId="4964C41C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Did you learn something new about astronomy or science in general during the event?</w:t>
      </w:r>
    </w:p>
    <w:p w14:paraId="0FD66A59" w14:textId="3084D052" w:rsidR="00250F82" w:rsidRDefault="00710D77">
      <w:r>
        <w:t>______________________________________________________________________________________________________________________________________________________</w:t>
      </w:r>
    </w:p>
    <w:p w14:paraId="528B807A" w14:textId="77777777" w:rsidR="00710D77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How would you compare your knowledge of astronomy before and after the event?</w:t>
      </w:r>
    </w:p>
    <w:p w14:paraId="2979BE6C" w14:textId="1CE32EEA" w:rsidR="00710D77" w:rsidRDefault="00710D77" w:rsidP="00710D77">
      <w:r>
        <w:lastRenderedPageBreak/>
        <w:t>______________________________________________________________________________________________________________________________________________________</w:t>
      </w:r>
    </w:p>
    <w:p w14:paraId="3157F0FD" w14:textId="77777777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After the event, have you been interested in learning more about astronomy or science in general?</w:t>
      </w:r>
    </w:p>
    <w:p w14:paraId="15C4E837" w14:textId="77777777" w:rsidR="00250F82" w:rsidRDefault="00000000">
      <w:r>
        <w:rPr>
          <w:rFonts w:ascii="Segoe UI Symbol" w:hAnsi="Segoe UI Symbol" w:cs="Segoe UI Symbol"/>
        </w:rPr>
        <w:t>☐</w:t>
      </w:r>
      <w:r>
        <w:t xml:space="preserve"> Yes, I looked it up online, in books or documentaries.</w:t>
      </w:r>
    </w:p>
    <w:p w14:paraId="3E0D3257" w14:textId="77777777" w:rsidR="00250F82" w:rsidRDefault="00000000">
      <w:r>
        <w:t>☐ Yes, I talked to other people about it.</w:t>
      </w:r>
    </w:p>
    <w:p w14:paraId="1B50FB77" w14:textId="77777777" w:rsidR="00250F82" w:rsidRDefault="00000000">
      <w:r>
        <w:t>☐ No, but I would like to learn more in the future.</w:t>
      </w:r>
    </w:p>
    <w:p w14:paraId="0CCBBF21" w14:textId="77777777" w:rsidR="00250F82" w:rsidRDefault="00000000">
      <w:r>
        <w:t>☐ No, it did not spark any additional interest.</w:t>
      </w:r>
    </w:p>
    <w:p w14:paraId="7F6FFF9E" w14:textId="14D2CC06" w:rsidR="00250F82" w:rsidRPr="00710D77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Have you shared what you learned at the event with family, friends or classmates?</w:t>
      </w:r>
    </w:p>
    <w:p w14:paraId="06AE5E2B" w14:textId="1AD1D274" w:rsidR="00250F82" w:rsidRDefault="00710D77">
      <w:r>
        <w:t>______________________________________________________________________________________________________________________________________________________</w:t>
      </w:r>
    </w:p>
    <w:p w14:paraId="6A5F3E35" w14:textId="5A72B519" w:rsidR="00250F82" w:rsidRDefault="00000000" w:rsidP="00710D77">
      <w:pPr>
        <w:pStyle w:val="Prrafodelista"/>
        <w:numPr>
          <w:ilvl w:val="0"/>
          <w:numId w:val="12"/>
        </w:numPr>
        <w:rPr>
          <w:b/>
          <w:bCs/>
        </w:rPr>
      </w:pPr>
      <w:r w:rsidRPr="00710D77">
        <w:rPr>
          <w:b/>
          <w:bCs/>
        </w:rPr>
        <w:t>Did the event motivate you to take part in more science communication/outreach activities in the future?</w:t>
      </w:r>
    </w:p>
    <w:p w14:paraId="62E265FF" w14:textId="43CD18D6" w:rsidR="00250F82" w:rsidRDefault="00710D77" w:rsidP="00710D77">
      <w:r>
        <w:t>______________________________________________________________________________________________________________________________________________________</w:t>
      </w:r>
    </w:p>
    <w:p w14:paraId="5B5BC0CB" w14:textId="77777777" w:rsidR="00710D77" w:rsidRDefault="00000000" w:rsidP="00710D77">
      <w:r>
        <w:rPr>
          <w:b/>
          <w:sz w:val="24"/>
        </w:rPr>
        <w:t>Suggestions and general opinion</w:t>
      </w:r>
    </w:p>
    <w:p w14:paraId="46D18D9C" w14:textId="18C337EA" w:rsidR="00710D77" w:rsidRPr="00710D77" w:rsidRDefault="00000000" w:rsidP="00710D77">
      <w:pPr>
        <w:pStyle w:val="Prrafodelista"/>
        <w:numPr>
          <w:ilvl w:val="0"/>
          <w:numId w:val="12"/>
        </w:numPr>
      </w:pPr>
      <w:r w:rsidRPr="00710D77">
        <w:rPr>
          <w:b/>
          <w:bCs/>
        </w:rPr>
        <w:t>If you could improve something about the event, what would it be and why?</w:t>
      </w:r>
    </w:p>
    <w:p w14:paraId="22E6F9A5" w14:textId="70327202" w:rsidR="00250F82" w:rsidRPr="00710D77" w:rsidRDefault="00710D77">
      <w:pPr>
        <w:rPr>
          <w:b/>
          <w:bCs/>
        </w:rPr>
      </w:pPr>
      <w:r>
        <w:t>______________________________________________________________________________________________________________________________________________________</w:t>
      </w:r>
    </w:p>
    <w:p w14:paraId="1203E33F" w14:textId="0079DA5D" w:rsidR="00250F82" w:rsidRPr="00710D77" w:rsidRDefault="00000000" w:rsidP="00710D77">
      <w:pPr>
        <w:pStyle w:val="Prrafodelista"/>
        <w:numPr>
          <w:ilvl w:val="0"/>
          <w:numId w:val="13"/>
        </w:numPr>
        <w:rPr>
          <w:b/>
          <w:bCs/>
        </w:rPr>
      </w:pPr>
      <w:r w:rsidRPr="00710D77">
        <w:rPr>
          <w:b/>
          <w:bCs/>
        </w:rPr>
        <w:t>What kinds of science communication events or activities would you like to see in the future?</w:t>
      </w:r>
    </w:p>
    <w:p w14:paraId="7C6343CC" w14:textId="77777777" w:rsidR="00710D77" w:rsidRDefault="00710D77" w:rsidP="00710D77">
      <w:r>
        <w:t>______________________________________________________________________________________________________________________________________________________</w:t>
      </w:r>
    </w:p>
    <w:p w14:paraId="1AE5DEAF" w14:textId="035A52C8" w:rsidR="00250F82" w:rsidRDefault="00000000" w:rsidP="00710D77">
      <w:pPr>
        <w:pStyle w:val="Prrafodelista"/>
        <w:numPr>
          <w:ilvl w:val="0"/>
          <w:numId w:val="13"/>
        </w:numPr>
        <w:rPr>
          <w:b/>
          <w:bCs/>
        </w:rPr>
      </w:pPr>
      <w:r w:rsidRPr="00710D77">
        <w:rPr>
          <w:b/>
          <w:bCs/>
        </w:rPr>
        <w:t>Do you have any additional comments about your experience in ‘Puerta Politécnica al Cosmos’?</w:t>
      </w:r>
    </w:p>
    <w:p w14:paraId="55C58F1A" w14:textId="77777777" w:rsidR="00710D77" w:rsidRDefault="00710D77" w:rsidP="00710D77">
      <w:r>
        <w:t>______________________________________________________________________________________________________________________________________________________</w:t>
      </w:r>
    </w:p>
    <w:p w14:paraId="24E59489" w14:textId="77777777" w:rsidR="00710D77" w:rsidRPr="00710D77" w:rsidRDefault="00710D77" w:rsidP="00710D77">
      <w:pPr>
        <w:ind w:left="360"/>
        <w:rPr>
          <w:b/>
          <w:bCs/>
        </w:rPr>
      </w:pPr>
    </w:p>
    <w:p w14:paraId="7F9CB1EB" w14:textId="77777777" w:rsidR="00250F82" w:rsidRDefault="00250F82"/>
    <w:sectPr w:rsidR="00250F8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50108DB"/>
    <w:multiLevelType w:val="hybridMultilevel"/>
    <w:tmpl w:val="7D22109A"/>
    <w:lvl w:ilvl="0" w:tplc="080A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2231C"/>
    <w:multiLevelType w:val="hybridMultilevel"/>
    <w:tmpl w:val="569E734A"/>
    <w:lvl w:ilvl="0" w:tplc="7AF4806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F6174"/>
    <w:multiLevelType w:val="hybridMultilevel"/>
    <w:tmpl w:val="C5D4CC06"/>
    <w:lvl w:ilvl="0" w:tplc="BA68B7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C7540"/>
    <w:multiLevelType w:val="hybridMultilevel"/>
    <w:tmpl w:val="84728970"/>
    <w:lvl w:ilvl="0" w:tplc="8C040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7274330">
    <w:abstractNumId w:val="8"/>
  </w:num>
  <w:num w:numId="2" w16cid:durableId="2046441967">
    <w:abstractNumId w:val="6"/>
  </w:num>
  <w:num w:numId="3" w16cid:durableId="49498663">
    <w:abstractNumId w:val="5"/>
  </w:num>
  <w:num w:numId="4" w16cid:durableId="1358655575">
    <w:abstractNumId w:val="4"/>
  </w:num>
  <w:num w:numId="5" w16cid:durableId="1980068774">
    <w:abstractNumId w:val="7"/>
  </w:num>
  <w:num w:numId="6" w16cid:durableId="247464209">
    <w:abstractNumId w:val="3"/>
  </w:num>
  <w:num w:numId="7" w16cid:durableId="945386095">
    <w:abstractNumId w:val="2"/>
  </w:num>
  <w:num w:numId="8" w16cid:durableId="1124689065">
    <w:abstractNumId w:val="1"/>
  </w:num>
  <w:num w:numId="9" w16cid:durableId="1769961012">
    <w:abstractNumId w:val="0"/>
  </w:num>
  <w:num w:numId="10" w16cid:durableId="1062367361">
    <w:abstractNumId w:val="12"/>
  </w:num>
  <w:num w:numId="11" w16cid:durableId="627660713">
    <w:abstractNumId w:val="10"/>
  </w:num>
  <w:num w:numId="12" w16cid:durableId="1907914365">
    <w:abstractNumId w:val="11"/>
  </w:num>
  <w:num w:numId="13" w16cid:durableId="14220952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6CAF"/>
    <w:rsid w:val="0015074B"/>
    <w:rsid w:val="00250F82"/>
    <w:rsid w:val="0029639D"/>
    <w:rsid w:val="00326F90"/>
    <w:rsid w:val="00496C33"/>
    <w:rsid w:val="00593D3A"/>
    <w:rsid w:val="00710D77"/>
    <w:rsid w:val="0092001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4D3357"/>
  <w14:defaultImageDpi w14:val="300"/>
  <w15:docId w15:val="{B25FBAFD-BB0D-CB44-B8E8-4C303E42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 Luisa Montes</cp:lastModifiedBy>
  <cp:revision>4</cp:revision>
  <dcterms:created xsi:type="dcterms:W3CDTF">2013-12-23T23:15:00Z</dcterms:created>
  <dcterms:modified xsi:type="dcterms:W3CDTF">2026-07-04T02:55:00Z</dcterms:modified>
  <cp:category/>
</cp:coreProperties>
</file>