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EDD90" w14:textId="4C007B13" w:rsidR="00682303" w:rsidRDefault="00682303">
      <w:pPr>
        <w:jc w:val="center"/>
        <w:rPr>
          <w:b/>
          <w:sz w:val="28"/>
        </w:rPr>
      </w:pPr>
      <w:r w:rsidRPr="00693BE5">
        <w:rPr>
          <w:noProof/>
        </w:rPr>
        <w:drawing>
          <wp:inline distT="0" distB="0" distL="0" distR="0" wp14:anchorId="497E6437" wp14:editId="10D7636E">
            <wp:extent cx="788987" cy="1094153"/>
            <wp:effectExtent l="0" t="0" r="0" b="0"/>
            <wp:docPr id="1882088301" name="Imagen 1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088301" name="Imagen 1" descr="Logotipo, nombre de la empres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28" cy="1100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42DCF" w14:textId="68B4138C" w:rsidR="0013565B" w:rsidRDefault="00000000">
      <w:pPr>
        <w:jc w:val="center"/>
      </w:pPr>
      <w:r>
        <w:rPr>
          <w:b/>
          <w:sz w:val="28"/>
        </w:rPr>
        <w:t>COLLABORATOR QUESTIONNAIRE (S3)</w:t>
      </w:r>
    </w:p>
    <w:p w14:paraId="548E0FBA" w14:textId="77777777" w:rsidR="0013565B" w:rsidRDefault="00000000">
      <w:pPr>
        <w:spacing w:after="120"/>
      </w:pPr>
      <w:r>
        <w:t>General instructions: Please read each question carefully and tick (☒) the option that best reflects your answer, or write in the spaces provided where appropriate. Your responses are confidential and will be used for academic purposes only.</w:t>
      </w:r>
    </w:p>
    <w:p w14:paraId="68FE2EE1" w14:textId="77777777" w:rsidR="0013565B" w:rsidRDefault="00000000">
      <w:r>
        <w:rPr>
          <w:b/>
          <w:sz w:val="24"/>
        </w:rPr>
        <w:t>Section 1: General information</w:t>
      </w:r>
    </w:p>
    <w:p w14:paraId="7A59658C" w14:textId="0911012A" w:rsidR="0013565B" w:rsidRPr="00682303" w:rsidRDefault="00000000" w:rsidP="00682303">
      <w:pPr>
        <w:pStyle w:val="Prrafodelista"/>
        <w:numPr>
          <w:ilvl w:val="0"/>
          <w:numId w:val="10"/>
        </w:numPr>
        <w:rPr>
          <w:b/>
          <w:bCs/>
        </w:rPr>
      </w:pPr>
      <w:r w:rsidRPr="00682303">
        <w:rPr>
          <w:b/>
          <w:bCs/>
        </w:rPr>
        <w:t>Age:</w:t>
      </w:r>
    </w:p>
    <w:p w14:paraId="529996B5" w14:textId="77777777" w:rsidR="0013565B" w:rsidRDefault="00000000">
      <w:r>
        <w:rPr>
          <w:rFonts w:ascii="Segoe UI Symbol" w:hAnsi="Segoe UI Symbol" w:cs="Segoe UI Symbol"/>
        </w:rPr>
        <w:t>☐</w:t>
      </w:r>
      <w:r>
        <w:t xml:space="preserve"> 18–25 years</w:t>
      </w:r>
    </w:p>
    <w:p w14:paraId="69377857" w14:textId="77777777" w:rsidR="0013565B" w:rsidRDefault="00000000">
      <w:r>
        <w:t>☐ 26–35 years</w:t>
      </w:r>
    </w:p>
    <w:p w14:paraId="1010929A" w14:textId="77777777" w:rsidR="0013565B" w:rsidRDefault="00000000">
      <w:r>
        <w:t>☐ 36–45 years</w:t>
      </w:r>
    </w:p>
    <w:p w14:paraId="66D4CE1F" w14:textId="77777777" w:rsidR="0013565B" w:rsidRDefault="00000000">
      <w:r>
        <w:t>☐ 46–55 years</w:t>
      </w:r>
    </w:p>
    <w:p w14:paraId="0CF4739A" w14:textId="77777777" w:rsidR="0013565B" w:rsidRDefault="00000000">
      <w:r>
        <w:t>☐ Over 55 years</w:t>
      </w:r>
    </w:p>
    <w:p w14:paraId="36D7E9CA" w14:textId="27B9AFDE" w:rsidR="0013565B" w:rsidRDefault="00000000" w:rsidP="005B1F74">
      <w:pPr>
        <w:pStyle w:val="Prrafodelista"/>
        <w:numPr>
          <w:ilvl w:val="0"/>
          <w:numId w:val="10"/>
        </w:numPr>
        <w:rPr>
          <w:b/>
          <w:bCs/>
        </w:rPr>
      </w:pPr>
      <w:r w:rsidRPr="00682303">
        <w:rPr>
          <w:b/>
          <w:bCs/>
        </w:rPr>
        <w:t>Home institution: (please specify)</w:t>
      </w:r>
    </w:p>
    <w:p w14:paraId="2A6064F2" w14:textId="0B488474" w:rsidR="005B1F74" w:rsidRPr="005B1F74" w:rsidRDefault="005B1F74" w:rsidP="005B1F74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</w:t>
      </w:r>
    </w:p>
    <w:p w14:paraId="1430B7A3" w14:textId="1D56F017" w:rsidR="0013565B" w:rsidRDefault="00000000" w:rsidP="00682303">
      <w:pPr>
        <w:pStyle w:val="Prrafodelista"/>
        <w:numPr>
          <w:ilvl w:val="0"/>
          <w:numId w:val="10"/>
        </w:numPr>
        <w:rPr>
          <w:b/>
          <w:bCs/>
        </w:rPr>
      </w:pPr>
      <w:r w:rsidRPr="00682303">
        <w:rPr>
          <w:b/>
          <w:bCs/>
        </w:rPr>
        <w:t>Role in the event (tick all that apply):</w:t>
      </w:r>
    </w:p>
    <w:p w14:paraId="2C01A61B" w14:textId="77777777" w:rsidR="0013565B" w:rsidRDefault="00000000">
      <w:r>
        <w:rPr>
          <w:rFonts w:ascii="Segoe UI Symbol" w:hAnsi="Segoe UI Symbol" w:cs="Segoe UI Symbol"/>
        </w:rPr>
        <w:t>☐</w:t>
      </w:r>
      <w:r>
        <w:t xml:space="preserve"> Collaborator (logistics, visitor support, set-up/take-down, visitor registration)</w:t>
      </w:r>
    </w:p>
    <w:p w14:paraId="564E34FF" w14:textId="77777777" w:rsidR="0013565B" w:rsidRDefault="00000000">
      <w:r>
        <w:rPr>
          <w:rFonts w:ascii="Segoe UI Symbol" w:hAnsi="Segoe UI Symbol" w:cs="Segoe UI Symbol"/>
        </w:rPr>
        <w:t>☐</w:t>
      </w:r>
      <w:r>
        <w:t xml:space="preserve"> Speaker (talk)</w:t>
      </w:r>
    </w:p>
    <w:p w14:paraId="1153F6A7" w14:textId="77777777" w:rsidR="0013565B" w:rsidRDefault="00000000">
      <w:r>
        <w:t>☐ Workshop facilitator</w:t>
      </w:r>
    </w:p>
    <w:p w14:paraId="5D2A1A3E" w14:textId="77777777" w:rsidR="0013565B" w:rsidRDefault="00000000">
      <w:r>
        <w:t>☐ Organiser</w:t>
      </w:r>
    </w:p>
    <w:p w14:paraId="333D917E" w14:textId="126474C2" w:rsidR="0013565B" w:rsidRPr="00682303" w:rsidRDefault="00000000" w:rsidP="00682303">
      <w:pPr>
        <w:pStyle w:val="Prrafodelista"/>
        <w:numPr>
          <w:ilvl w:val="0"/>
          <w:numId w:val="10"/>
        </w:numPr>
        <w:rPr>
          <w:b/>
          <w:bCs/>
        </w:rPr>
      </w:pPr>
      <w:r w:rsidRPr="00682303">
        <w:rPr>
          <w:b/>
          <w:bCs/>
        </w:rPr>
        <w:t>If you were a workshop facilitator, which workshop did you take part in?</w:t>
      </w:r>
    </w:p>
    <w:p w14:paraId="5C0367DD" w14:textId="77777777" w:rsidR="0013565B" w:rsidRDefault="00000000">
      <w:r>
        <w:rPr>
          <w:rFonts w:ascii="Segoe UI Symbol" w:hAnsi="Segoe UI Symbol" w:cs="Segoe UI Symbol"/>
        </w:rPr>
        <w:t>☐</w:t>
      </w:r>
      <w:r>
        <w:t xml:space="preserve"> Astrophotography workshop</w:t>
      </w:r>
    </w:p>
    <w:p w14:paraId="09B46201" w14:textId="77777777" w:rsidR="0013565B" w:rsidRDefault="00000000">
      <w:r>
        <w:t>☐ ‘Cosmic Kids’ workshop</w:t>
      </w:r>
    </w:p>
    <w:p w14:paraId="6820763C" w14:textId="77777777" w:rsidR="0013565B" w:rsidRDefault="00000000">
      <w:r>
        <w:lastRenderedPageBreak/>
        <w:t>☐ Astronomical observation workshops (day/night)</w:t>
      </w:r>
    </w:p>
    <w:p w14:paraId="4064CCA4" w14:textId="77777777" w:rsidR="0013565B" w:rsidRDefault="00000000">
      <w:r>
        <w:t>☐ Rocketry workshop</w:t>
      </w:r>
    </w:p>
    <w:p w14:paraId="760B782E" w14:textId="77777777" w:rsidR="0013565B" w:rsidRDefault="00000000">
      <w:r>
        <w:t>☐ Other (please specify): _______________________________</w:t>
      </w:r>
    </w:p>
    <w:p w14:paraId="310E7D4A" w14:textId="00ECB4A4" w:rsidR="0013565B" w:rsidRDefault="00000000" w:rsidP="00682303">
      <w:pPr>
        <w:pStyle w:val="Prrafodelista"/>
        <w:numPr>
          <w:ilvl w:val="0"/>
          <w:numId w:val="10"/>
        </w:numPr>
        <w:rPr>
          <w:b/>
          <w:bCs/>
        </w:rPr>
      </w:pPr>
      <w:r w:rsidRPr="00682303">
        <w:rPr>
          <w:b/>
          <w:bCs/>
        </w:rPr>
        <w:t>If you were a speaker, what was the title of your talk? (please specify)</w:t>
      </w:r>
    </w:p>
    <w:p w14:paraId="13E94E09" w14:textId="74E32EBB" w:rsidR="0013565B" w:rsidRPr="009660D6" w:rsidRDefault="009660D6">
      <w:pPr>
        <w:rPr>
          <w:b/>
          <w:bCs/>
        </w:rPr>
      </w:pPr>
      <w:r w:rsidRPr="009660D6">
        <w:rPr>
          <w:b/>
          <w:bCs/>
        </w:rPr>
        <w:t>____________________________________________________________________________________________________________________________________________________________</w:t>
      </w:r>
    </w:p>
    <w:p w14:paraId="7863740D" w14:textId="388C50BC" w:rsidR="0013565B" w:rsidRPr="00682303" w:rsidRDefault="00000000" w:rsidP="00682303">
      <w:pPr>
        <w:pStyle w:val="Prrafodelista"/>
        <w:numPr>
          <w:ilvl w:val="0"/>
          <w:numId w:val="10"/>
        </w:numPr>
        <w:rPr>
          <w:b/>
          <w:bCs/>
        </w:rPr>
      </w:pPr>
      <w:r w:rsidRPr="00682303">
        <w:rPr>
          <w:b/>
          <w:bCs/>
        </w:rPr>
        <w:t xml:space="preserve">Had you previously taken part in science communication/outreach events aimed at the </w:t>
      </w:r>
      <w:proofErr w:type="gramStart"/>
      <w:r w:rsidRPr="00682303">
        <w:rPr>
          <w:b/>
          <w:bCs/>
        </w:rPr>
        <w:t>general public</w:t>
      </w:r>
      <w:proofErr w:type="gramEnd"/>
      <w:r w:rsidRPr="00682303">
        <w:rPr>
          <w:b/>
          <w:bCs/>
        </w:rPr>
        <w:t>?</w:t>
      </w:r>
    </w:p>
    <w:p w14:paraId="1A680D30" w14:textId="77777777" w:rsidR="0013565B" w:rsidRDefault="00000000">
      <w:r>
        <w:rPr>
          <w:rFonts w:ascii="Segoe UI Symbol" w:hAnsi="Segoe UI Symbol" w:cs="Segoe UI Symbol"/>
        </w:rPr>
        <w:t>☐</w:t>
      </w:r>
      <w:r>
        <w:t xml:space="preserve"> Yes, on several occasions</w:t>
      </w:r>
    </w:p>
    <w:p w14:paraId="24CEA4A9" w14:textId="77777777" w:rsidR="0013565B" w:rsidRDefault="00000000">
      <w:r>
        <w:t>☐ Yes, but this was my first time in this type of event</w:t>
      </w:r>
    </w:p>
    <w:p w14:paraId="268FA00B" w14:textId="77777777" w:rsidR="0013565B" w:rsidRDefault="00000000">
      <w:r>
        <w:t>☐ No, this was my first experience</w:t>
      </w:r>
    </w:p>
    <w:p w14:paraId="6EFB85C2" w14:textId="5949E000" w:rsidR="0013565B" w:rsidRPr="00682303" w:rsidRDefault="00000000" w:rsidP="00682303">
      <w:pPr>
        <w:pStyle w:val="Prrafodelista"/>
        <w:numPr>
          <w:ilvl w:val="0"/>
          <w:numId w:val="10"/>
        </w:numPr>
        <w:rPr>
          <w:b/>
          <w:bCs/>
        </w:rPr>
      </w:pPr>
      <w:r w:rsidRPr="00682303">
        <w:rPr>
          <w:b/>
          <w:bCs/>
        </w:rPr>
        <w:t xml:space="preserve">Have you taken part in events with dynamics </w:t>
      </w:r>
      <w:proofErr w:type="gramStart"/>
      <w:r w:rsidRPr="00682303">
        <w:rPr>
          <w:b/>
          <w:bCs/>
        </w:rPr>
        <w:t>similar to</w:t>
      </w:r>
      <w:proofErr w:type="gramEnd"/>
      <w:r w:rsidRPr="00682303">
        <w:rPr>
          <w:b/>
          <w:bCs/>
        </w:rPr>
        <w:t xml:space="preserve"> Puerta Politécnica al Cosmos (workshops, astronomical observations, planetariums, etc.)?</w:t>
      </w:r>
    </w:p>
    <w:p w14:paraId="4247536B" w14:textId="77777777" w:rsidR="0013565B" w:rsidRDefault="00000000">
      <w:r>
        <w:rPr>
          <w:rFonts w:ascii="Segoe UI Symbol" w:hAnsi="Segoe UI Symbol" w:cs="Segoe UI Symbol"/>
        </w:rPr>
        <w:t>☐</w:t>
      </w:r>
      <w:r>
        <w:t xml:space="preserve"> Yes</w:t>
      </w:r>
    </w:p>
    <w:p w14:paraId="455817F2" w14:textId="77777777" w:rsidR="0013565B" w:rsidRDefault="00000000">
      <w:r>
        <w:t>☐ No</w:t>
      </w:r>
    </w:p>
    <w:p w14:paraId="5F9B8437" w14:textId="77777777" w:rsidR="0013565B" w:rsidRDefault="00000000">
      <w:r>
        <w:rPr>
          <w:b/>
          <w:sz w:val="24"/>
        </w:rPr>
        <w:t>Section 2: Organisation and resources</w:t>
      </w:r>
    </w:p>
    <w:p w14:paraId="6C2C21FF" w14:textId="695821FF" w:rsidR="0013565B" w:rsidRPr="00682303" w:rsidRDefault="00000000" w:rsidP="00682303">
      <w:pPr>
        <w:pStyle w:val="Prrafodelista"/>
        <w:numPr>
          <w:ilvl w:val="0"/>
          <w:numId w:val="10"/>
        </w:numPr>
        <w:rPr>
          <w:b/>
          <w:bCs/>
        </w:rPr>
      </w:pPr>
      <w:r w:rsidRPr="00682303">
        <w:rPr>
          <w:b/>
          <w:bCs/>
        </w:rPr>
        <w:t>How would you rate the event organisation in terms of logistics and coordination? (1 = Very poor, 5 = Excellent)</w:t>
      </w:r>
    </w:p>
    <w:p w14:paraId="742122AD" w14:textId="77777777" w:rsidR="0013565B" w:rsidRDefault="00000000">
      <w:r>
        <w:rPr>
          <w:rFonts w:ascii="Segoe UI Symbol" w:hAnsi="Segoe UI Symbol" w:cs="Segoe UI Symbol"/>
        </w:rPr>
        <w:t>☐</w:t>
      </w:r>
      <w:r>
        <w:t xml:space="preserve"> 1</w:t>
      </w:r>
    </w:p>
    <w:p w14:paraId="363C4E65" w14:textId="77777777" w:rsidR="0013565B" w:rsidRDefault="00000000">
      <w:r>
        <w:t>☐ 2</w:t>
      </w:r>
    </w:p>
    <w:p w14:paraId="429842CC" w14:textId="77777777" w:rsidR="0013565B" w:rsidRDefault="00000000">
      <w:r>
        <w:t>☐ 3</w:t>
      </w:r>
    </w:p>
    <w:p w14:paraId="6647583C" w14:textId="77777777" w:rsidR="0013565B" w:rsidRDefault="00000000">
      <w:r>
        <w:t>☐ 4</w:t>
      </w:r>
    </w:p>
    <w:p w14:paraId="5A10E49D" w14:textId="77777777" w:rsidR="0013565B" w:rsidRDefault="00000000">
      <w:r>
        <w:t>☐ 5</w:t>
      </w:r>
    </w:p>
    <w:p w14:paraId="551F4DAD" w14:textId="3A247BF9" w:rsidR="0013565B" w:rsidRPr="00682303" w:rsidRDefault="00000000" w:rsidP="00682303">
      <w:pPr>
        <w:pStyle w:val="Prrafodelista"/>
        <w:numPr>
          <w:ilvl w:val="0"/>
          <w:numId w:val="10"/>
        </w:numPr>
        <w:rPr>
          <w:b/>
          <w:bCs/>
        </w:rPr>
      </w:pPr>
      <w:r w:rsidRPr="00682303">
        <w:rPr>
          <w:b/>
          <w:bCs/>
        </w:rPr>
        <w:t>Did you receive sufficient information about your role before the activity?</w:t>
      </w:r>
    </w:p>
    <w:p w14:paraId="2CF3BC3E" w14:textId="77777777" w:rsidR="0013565B" w:rsidRDefault="00000000">
      <w:r>
        <w:rPr>
          <w:rFonts w:ascii="Segoe UI Symbol" w:hAnsi="Segoe UI Symbol" w:cs="Segoe UI Symbol"/>
        </w:rPr>
        <w:t>☐</w:t>
      </w:r>
      <w:r>
        <w:t xml:space="preserve"> Yes, the information was clear and timely</w:t>
      </w:r>
    </w:p>
    <w:p w14:paraId="1D895A90" w14:textId="77777777" w:rsidR="0013565B" w:rsidRDefault="00000000">
      <w:r>
        <w:t>☐ Yes, but I would have liked more detail</w:t>
      </w:r>
    </w:p>
    <w:p w14:paraId="3963F717" w14:textId="77777777" w:rsidR="0013565B" w:rsidRDefault="00000000">
      <w:r>
        <w:lastRenderedPageBreak/>
        <w:t>☐ No, the information was insufficient</w:t>
      </w:r>
    </w:p>
    <w:p w14:paraId="4B0B10B6" w14:textId="0EC48F5C" w:rsidR="0013565B" w:rsidRPr="00682303" w:rsidRDefault="00000000" w:rsidP="00682303">
      <w:pPr>
        <w:pStyle w:val="Prrafodelista"/>
        <w:numPr>
          <w:ilvl w:val="0"/>
          <w:numId w:val="10"/>
        </w:numPr>
        <w:rPr>
          <w:b/>
          <w:bCs/>
        </w:rPr>
      </w:pPr>
      <w:r w:rsidRPr="00682303">
        <w:rPr>
          <w:b/>
          <w:bCs/>
        </w:rPr>
        <w:t>Did you have adequate access to the resources needed for your activity (audio-visual equipment, microphone, support materials, suitable space, etc.)?</w:t>
      </w:r>
    </w:p>
    <w:p w14:paraId="028CEA6A" w14:textId="77777777" w:rsidR="0013565B" w:rsidRDefault="00000000">
      <w:r>
        <w:rPr>
          <w:rFonts w:ascii="Segoe UI Symbol" w:hAnsi="Segoe UI Symbol" w:cs="Segoe UI Symbol"/>
        </w:rPr>
        <w:t>☐</w:t>
      </w:r>
      <w:r>
        <w:t xml:space="preserve"> Yes, everything worked perfectly</w:t>
      </w:r>
    </w:p>
    <w:p w14:paraId="7309A53E" w14:textId="77777777" w:rsidR="0013565B" w:rsidRDefault="00000000">
      <w:r>
        <w:t>☐ Yes, but there were some minor technical difficulties</w:t>
      </w:r>
    </w:p>
    <w:p w14:paraId="54153954" w14:textId="77777777" w:rsidR="0013565B" w:rsidRDefault="00000000">
      <w:r>
        <w:t>☐ No, I had significant problems with resources</w:t>
      </w:r>
    </w:p>
    <w:p w14:paraId="4D453B62" w14:textId="7B71EA83" w:rsidR="0013565B" w:rsidRPr="00682303" w:rsidRDefault="00000000" w:rsidP="00682303">
      <w:pPr>
        <w:pStyle w:val="Prrafodelista"/>
        <w:numPr>
          <w:ilvl w:val="0"/>
          <w:numId w:val="10"/>
        </w:numPr>
        <w:rPr>
          <w:b/>
          <w:bCs/>
        </w:rPr>
      </w:pPr>
      <w:r w:rsidRPr="00682303">
        <w:rPr>
          <w:b/>
          <w:bCs/>
        </w:rPr>
        <w:t>If you delivered a workshop, did you have the appropriate materials and infrastructure to run it?</w:t>
      </w:r>
    </w:p>
    <w:p w14:paraId="7403FFB5" w14:textId="77777777" w:rsidR="0013565B" w:rsidRDefault="00000000">
      <w:r>
        <w:rPr>
          <w:rFonts w:ascii="Segoe UI Symbol" w:hAnsi="Segoe UI Symbol" w:cs="Segoe UI Symbol"/>
        </w:rPr>
        <w:t>☐</w:t>
      </w:r>
      <w:r>
        <w:t xml:space="preserve"> Yes, everything was well organised</w:t>
      </w:r>
    </w:p>
    <w:p w14:paraId="5875AC2D" w14:textId="77777777" w:rsidR="0013565B" w:rsidRDefault="00000000">
      <w:r>
        <w:t>☐ Yes, but there were some logistical difficulties</w:t>
      </w:r>
    </w:p>
    <w:p w14:paraId="355B2A11" w14:textId="77777777" w:rsidR="0013565B" w:rsidRDefault="00000000">
      <w:r>
        <w:t>☐ No, there were problems that affected the workshop</w:t>
      </w:r>
    </w:p>
    <w:p w14:paraId="0569A15A" w14:textId="77777777" w:rsidR="0013565B" w:rsidRDefault="00000000">
      <w:r>
        <w:rPr>
          <w:b/>
          <w:sz w:val="24"/>
        </w:rPr>
        <w:t>Section 3: Interaction with the public</w:t>
      </w:r>
    </w:p>
    <w:p w14:paraId="405F9EA3" w14:textId="77F75BC7" w:rsidR="0013565B" w:rsidRPr="00682303" w:rsidRDefault="00000000" w:rsidP="00682303">
      <w:pPr>
        <w:pStyle w:val="Prrafodelista"/>
        <w:numPr>
          <w:ilvl w:val="0"/>
          <w:numId w:val="10"/>
        </w:numPr>
        <w:rPr>
          <w:b/>
          <w:bCs/>
        </w:rPr>
      </w:pPr>
      <w:r w:rsidRPr="00682303">
        <w:rPr>
          <w:b/>
          <w:bCs/>
        </w:rPr>
        <w:t>How would you describe the level of attendance in your activity?</w:t>
      </w:r>
    </w:p>
    <w:p w14:paraId="2F559BBF" w14:textId="77777777" w:rsidR="0013565B" w:rsidRDefault="00000000">
      <w:r>
        <w:rPr>
          <w:rFonts w:ascii="Segoe UI Symbol" w:hAnsi="Segoe UI Symbol" w:cs="Segoe UI Symbol"/>
        </w:rPr>
        <w:t>☐</w:t>
      </w:r>
      <w:r>
        <w:t xml:space="preserve"> High attendance</w:t>
      </w:r>
    </w:p>
    <w:p w14:paraId="0244C1A3" w14:textId="77777777" w:rsidR="0013565B" w:rsidRDefault="00000000">
      <w:r>
        <w:t>☐ Moderate attendance</w:t>
      </w:r>
    </w:p>
    <w:p w14:paraId="22C53620" w14:textId="77777777" w:rsidR="0013565B" w:rsidRDefault="00000000">
      <w:r>
        <w:t>☐ Low attendance</w:t>
      </w:r>
    </w:p>
    <w:p w14:paraId="02BA2E0A" w14:textId="3EC5FDF0" w:rsidR="0013565B" w:rsidRPr="00682303" w:rsidRDefault="00000000" w:rsidP="00682303">
      <w:pPr>
        <w:pStyle w:val="Prrafodelista"/>
        <w:numPr>
          <w:ilvl w:val="0"/>
          <w:numId w:val="10"/>
        </w:numPr>
        <w:rPr>
          <w:b/>
          <w:bCs/>
        </w:rPr>
      </w:pPr>
      <w:r w:rsidRPr="00682303">
        <w:rPr>
          <w:b/>
          <w:bCs/>
        </w:rPr>
        <w:t>How would you describe the level of public participation in your activity?</w:t>
      </w:r>
    </w:p>
    <w:p w14:paraId="3B84F9E5" w14:textId="77777777" w:rsidR="0013565B" w:rsidRDefault="00000000">
      <w:r>
        <w:rPr>
          <w:rFonts w:ascii="Segoe UI Symbol" w:hAnsi="Segoe UI Symbol" w:cs="Segoe UI Symbol"/>
        </w:rPr>
        <w:t>☐</w:t>
      </w:r>
      <w:r>
        <w:t xml:space="preserve"> Active and consistent participation</w:t>
      </w:r>
    </w:p>
    <w:p w14:paraId="77738BE0" w14:textId="77777777" w:rsidR="0013565B" w:rsidRDefault="00000000">
      <w:r>
        <w:t>☐ Occasional participation</w:t>
      </w:r>
    </w:p>
    <w:p w14:paraId="26C9FE5F" w14:textId="77777777" w:rsidR="0013565B" w:rsidRDefault="00000000">
      <w:r>
        <w:t>☐ Minimal or no participation</w:t>
      </w:r>
    </w:p>
    <w:p w14:paraId="2E304EDD" w14:textId="0E09AEC9" w:rsidR="0013565B" w:rsidRPr="00682303" w:rsidRDefault="00000000" w:rsidP="00682303">
      <w:pPr>
        <w:pStyle w:val="Prrafodelista"/>
        <w:numPr>
          <w:ilvl w:val="0"/>
          <w:numId w:val="10"/>
        </w:numPr>
        <w:rPr>
          <w:b/>
          <w:bCs/>
        </w:rPr>
      </w:pPr>
      <w:r w:rsidRPr="00682303">
        <w:rPr>
          <w:b/>
          <w:bCs/>
        </w:rPr>
        <w:t>How would you rate the level of public interest in relation to the topics addressed in your activity? (1 = Low interest, 5 = Very high interest)</w:t>
      </w:r>
    </w:p>
    <w:p w14:paraId="0E4E51A6" w14:textId="77777777" w:rsidR="0013565B" w:rsidRDefault="00000000">
      <w:r>
        <w:rPr>
          <w:rFonts w:ascii="Segoe UI Symbol" w:hAnsi="Segoe UI Symbol" w:cs="Segoe UI Symbol"/>
        </w:rPr>
        <w:t>☐</w:t>
      </w:r>
      <w:r>
        <w:t xml:space="preserve"> 1</w:t>
      </w:r>
    </w:p>
    <w:p w14:paraId="6D9F0D37" w14:textId="77777777" w:rsidR="0013565B" w:rsidRDefault="00000000">
      <w:r>
        <w:t>☐ 2</w:t>
      </w:r>
    </w:p>
    <w:p w14:paraId="09CAF4DD" w14:textId="77777777" w:rsidR="0013565B" w:rsidRDefault="00000000">
      <w:r>
        <w:t>☐ 3</w:t>
      </w:r>
    </w:p>
    <w:p w14:paraId="4A207BC1" w14:textId="77777777" w:rsidR="0013565B" w:rsidRDefault="00000000">
      <w:r>
        <w:t>☐ 4</w:t>
      </w:r>
    </w:p>
    <w:p w14:paraId="5B38812A" w14:textId="77777777" w:rsidR="0013565B" w:rsidRDefault="00000000">
      <w:r>
        <w:lastRenderedPageBreak/>
        <w:t>☐ 5</w:t>
      </w:r>
    </w:p>
    <w:p w14:paraId="21C0113C" w14:textId="0DA4CB89" w:rsidR="0013565B" w:rsidRPr="00682303" w:rsidRDefault="00000000" w:rsidP="00682303">
      <w:pPr>
        <w:pStyle w:val="Prrafodelista"/>
        <w:numPr>
          <w:ilvl w:val="0"/>
          <w:numId w:val="10"/>
        </w:numPr>
        <w:rPr>
          <w:b/>
          <w:bCs/>
        </w:rPr>
      </w:pPr>
      <w:r w:rsidRPr="00682303">
        <w:rPr>
          <w:b/>
          <w:bCs/>
        </w:rPr>
        <w:t>How would you rate the public’s level of perceived understanding of the topics addressed in your activity? (1 = Low understanding, 5 = High understanding)</w:t>
      </w:r>
    </w:p>
    <w:p w14:paraId="6061F0A1" w14:textId="77777777" w:rsidR="0013565B" w:rsidRDefault="00000000">
      <w:r>
        <w:rPr>
          <w:rFonts w:ascii="Segoe UI Symbol" w:hAnsi="Segoe UI Symbol" w:cs="Segoe UI Symbol"/>
        </w:rPr>
        <w:t>☐</w:t>
      </w:r>
      <w:r>
        <w:t xml:space="preserve"> 1</w:t>
      </w:r>
    </w:p>
    <w:p w14:paraId="2859356B" w14:textId="77777777" w:rsidR="0013565B" w:rsidRDefault="00000000">
      <w:r>
        <w:t>☐ 2</w:t>
      </w:r>
    </w:p>
    <w:p w14:paraId="0163170D" w14:textId="77777777" w:rsidR="0013565B" w:rsidRDefault="00000000">
      <w:r>
        <w:t>☐ 3</w:t>
      </w:r>
    </w:p>
    <w:p w14:paraId="517804A5" w14:textId="77777777" w:rsidR="0013565B" w:rsidRDefault="00000000">
      <w:r>
        <w:t>☐ 4</w:t>
      </w:r>
    </w:p>
    <w:p w14:paraId="04570D41" w14:textId="77777777" w:rsidR="0013565B" w:rsidRDefault="00000000">
      <w:r>
        <w:t>☐ 5</w:t>
      </w:r>
    </w:p>
    <w:p w14:paraId="1AA4375B" w14:textId="48A2FD8F" w:rsidR="0013565B" w:rsidRPr="00682303" w:rsidRDefault="00000000" w:rsidP="00682303">
      <w:pPr>
        <w:pStyle w:val="Prrafodelista"/>
        <w:numPr>
          <w:ilvl w:val="0"/>
          <w:numId w:val="10"/>
        </w:numPr>
        <w:rPr>
          <w:b/>
          <w:bCs/>
        </w:rPr>
      </w:pPr>
      <w:r w:rsidRPr="00682303">
        <w:rPr>
          <w:b/>
          <w:bCs/>
        </w:rPr>
        <w:t>If you interacted with visitors, how prepared did you feel to answer their questions?</w:t>
      </w:r>
    </w:p>
    <w:p w14:paraId="28EC4F23" w14:textId="77777777" w:rsidR="0013565B" w:rsidRDefault="00000000">
      <w:r>
        <w:rPr>
          <w:rFonts w:ascii="Segoe UI Symbol" w:hAnsi="Segoe UI Symbol" w:cs="Segoe UI Symbol"/>
        </w:rPr>
        <w:t>☐</w:t>
      </w:r>
      <w:r>
        <w:t xml:space="preserve"> Very prepared</w:t>
      </w:r>
    </w:p>
    <w:p w14:paraId="0CA4CA95" w14:textId="77777777" w:rsidR="0013565B" w:rsidRDefault="00000000">
      <w:r>
        <w:t>☐ Somewhat prepared, but with some doubts</w:t>
      </w:r>
    </w:p>
    <w:p w14:paraId="28FC79F1" w14:textId="77777777" w:rsidR="0013565B" w:rsidRDefault="00000000">
      <w:r>
        <w:t>☐ I did not feel prepared</w:t>
      </w:r>
    </w:p>
    <w:p w14:paraId="78DED4C9" w14:textId="30962073" w:rsidR="0013565B" w:rsidRPr="00682303" w:rsidRDefault="00000000" w:rsidP="00682303">
      <w:pPr>
        <w:pStyle w:val="Prrafodelista"/>
        <w:numPr>
          <w:ilvl w:val="0"/>
          <w:numId w:val="10"/>
        </w:numPr>
        <w:rPr>
          <w:b/>
          <w:bCs/>
        </w:rPr>
      </w:pPr>
      <w:r w:rsidRPr="00682303">
        <w:rPr>
          <w:b/>
          <w:bCs/>
        </w:rPr>
        <w:t>Did you observe recurrent difficulties among visitors in understanding or taking part in activities?</w:t>
      </w:r>
    </w:p>
    <w:p w14:paraId="179612BE" w14:textId="77777777" w:rsidR="0013565B" w:rsidRDefault="00000000">
      <w:r>
        <w:rPr>
          <w:rFonts w:ascii="Segoe UI Symbol" w:hAnsi="Segoe UI Symbol" w:cs="Segoe UI Symbol"/>
        </w:rPr>
        <w:t>☐</w:t>
      </w:r>
      <w:r>
        <w:t xml:space="preserve"> Yes, lack of prior information about the activities</w:t>
      </w:r>
    </w:p>
    <w:p w14:paraId="7359AFE7" w14:textId="77777777" w:rsidR="0013565B" w:rsidRDefault="00000000">
      <w:r>
        <w:t>☐ Yes, communication barriers (e.g., technical language, lack of signage)</w:t>
      </w:r>
    </w:p>
    <w:p w14:paraId="52BE298D" w14:textId="77777777" w:rsidR="0013565B" w:rsidRDefault="00000000">
      <w:r>
        <w:t>☐ Yes, access or mobility difficulties</w:t>
      </w:r>
    </w:p>
    <w:p w14:paraId="644CF0FE" w14:textId="77777777" w:rsidR="0013565B" w:rsidRDefault="00000000">
      <w:r>
        <w:t>☐ No, I did not observe significant difficulties</w:t>
      </w:r>
    </w:p>
    <w:p w14:paraId="76C63A41" w14:textId="77777777" w:rsidR="0013565B" w:rsidRDefault="00000000">
      <w:r>
        <w:rPr>
          <w:b/>
          <w:sz w:val="24"/>
        </w:rPr>
        <w:t>Section 4: Event impact</w:t>
      </w:r>
    </w:p>
    <w:p w14:paraId="2DB5C4BA" w14:textId="39481B1D" w:rsidR="0013565B" w:rsidRPr="00682303" w:rsidRDefault="00000000" w:rsidP="00682303">
      <w:pPr>
        <w:pStyle w:val="Prrafodelista"/>
        <w:numPr>
          <w:ilvl w:val="0"/>
          <w:numId w:val="10"/>
        </w:numPr>
        <w:rPr>
          <w:b/>
          <w:bCs/>
        </w:rPr>
      </w:pPr>
      <w:r w:rsidRPr="00682303">
        <w:rPr>
          <w:b/>
          <w:bCs/>
        </w:rPr>
        <w:t>Do you think the event had a positive impact on science communication for the attending public?</w:t>
      </w:r>
    </w:p>
    <w:p w14:paraId="3148E9D0" w14:textId="77777777" w:rsidR="0013565B" w:rsidRDefault="00000000">
      <w:r>
        <w:rPr>
          <w:rFonts w:ascii="Segoe UI Symbol" w:hAnsi="Segoe UI Symbol" w:cs="Segoe UI Symbol"/>
        </w:rPr>
        <w:t>☐</w:t>
      </w:r>
      <w:r>
        <w:t xml:space="preserve"> Yes, the event was an excellent opportunity to bring science closer to society</w:t>
      </w:r>
    </w:p>
    <w:p w14:paraId="553EAD06" w14:textId="77777777" w:rsidR="0013565B" w:rsidRDefault="00000000">
      <w:r>
        <w:t>☐ Yes, although with some opportunities for improvement</w:t>
      </w:r>
    </w:p>
    <w:p w14:paraId="60809E90" w14:textId="77777777" w:rsidR="0013565B" w:rsidRDefault="00000000">
      <w:r>
        <w:t>☐ No, the impact was limited</w:t>
      </w:r>
    </w:p>
    <w:p w14:paraId="414FDCEB" w14:textId="4D94F23B" w:rsidR="0013565B" w:rsidRPr="00682303" w:rsidRDefault="00000000" w:rsidP="00682303">
      <w:pPr>
        <w:pStyle w:val="Prrafodelista"/>
        <w:numPr>
          <w:ilvl w:val="0"/>
          <w:numId w:val="10"/>
        </w:numPr>
        <w:rPr>
          <w:b/>
          <w:bCs/>
        </w:rPr>
      </w:pPr>
      <w:r w:rsidRPr="00682303">
        <w:rPr>
          <w:b/>
          <w:bCs/>
        </w:rPr>
        <w:t>Which type of attendees took part predominantly in your activity?</w:t>
      </w:r>
    </w:p>
    <w:p w14:paraId="2FDAFEB6" w14:textId="77777777" w:rsidR="0013565B" w:rsidRDefault="00000000">
      <w:r>
        <w:rPr>
          <w:rFonts w:ascii="Segoe UI Symbol" w:hAnsi="Segoe UI Symbol" w:cs="Segoe UI Symbol"/>
        </w:rPr>
        <w:t>☐</w:t>
      </w:r>
      <w:r>
        <w:t xml:space="preserve"> Children and young people</w:t>
      </w:r>
    </w:p>
    <w:p w14:paraId="7F6A4FB3" w14:textId="77777777" w:rsidR="0013565B" w:rsidRDefault="00000000">
      <w:r>
        <w:lastRenderedPageBreak/>
        <w:t>☐ General public (adults without scientific training)</w:t>
      </w:r>
    </w:p>
    <w:p w14:paraId="2C808016" w14:textId="77777777" w:rsidR="0013565B" w:rsidRDefault="00000000">
      <w:r>
        <w:t>☐ Upper secondary or university students</w:t>
      </w:r>
    </w:p>
    <w:p w14:paraId="58BEA1C9" w14:textId="77777777" w:rsidR="0013565B" w:rsidRDefault="00000000">
      <w:r>
        <w:t>☐ Teachers or professionals in scientific fields</w:t>
      </w:r>
    </w:p>
    <w:p w14:paraId="24517509" w14:textId="611E3A88" w:rsidR="0013565B" w:rsidRPr="00682303" w:rsidRDefault="00000000" w:rsidP="00682303">
      <w:pPr>
        <w:pStyle w:val="Prrafodelista"/>
        <w:numPr>
          <w:ilvl w:val="0"/>
          <w:numId w:val="10"/>
        </w:numPr>
        <w:rPr>
          <w:b/>
          <w:bCs/>
        </w:rPr>
      </w:pPr>
      <w:r w:rsidRPr="00682303">
        <w:rPr>
          <w:b/>
          <w:bCs/>
        </w:rPr>
        <w:t>Do you think these types of events help foster scientific vocations among young people and children?</w:t>
      </w:r>
    </w:p>
    <w:p w14:paraId="6403AC04" w14:textId="77777777" w:rsidR="0013565B" w:rsidRDefault="00000000">
      <w:r>
        <w:rPr>
          <w:rFonts w:ascii="Segoe UI Symbol" w:hAnsi="Segoe UI Symbol" w:cs="Segoe UI Symbol"/>
        </w:rPr>
        <w:t>☐</w:t>
      </w:r>
      <w:r>
        <w:t xml:space="preserve"> Yes, definitely</w:t>
      </w:r>
    </w:p>
    <w:p w14:paraId="7BEAF5CF" w14:textId="77777777" w:rsidR="0013565B" w:rsidRDefault="00000000">
      <w:r>
        <w:t>☐ Yes, in some cases</w:t>
      </w:r>
    </w:p>
    <w:p w14:paraId="7FE4F6AA" w14:textId="77777777" w:rsidR="0013565B" w:rsidRDefault="00000000">
      <w:r>
        <w:t>☐ No, I don’t think so</w:t>
      </w:r>
    </w:p>
    <w:p w14:paraId="0DD7CA54" w14:textId="4B864CDF" w:rsidR="0013565B" w:rsidRDefault="00000000" w:rsidP="00682303">
      <w:pPr>
        <w:pStyle w:val="Prrafodelista"/>
        <w:numPr>
          <w:ilvl w:val="0"/>
          <w:numId w:val="10"/>
        </w:numPr>
        <w:rPr>
          <w:b/>
          <w:bCs/>
        </w:rPr>
      </w:pPr>
      <w:r w:rsidRPr="00682303">
        <w:rPr>
          <w:b/>
          <w:bCs/>
        </w:rPr>
        <w:t>What impact do you think your participation had on attendees? (Open response)</w:t>
      </w:r>
    </w:p>
    <w:p w14:paraId="173B52CC" w14:textId="790C2FA8" w:rsidR="0013565B" w:rsidRPr="009660D6" w:rsidRDefault="009660D6" w:rsidP="009660D6">
      <w:pPr>
        <w:rPr>
          <w:b/>
          <w:bCs/>
        </w:rPr>
      </w:pPr>
      <w:r w:rsidRPr="009660D6">
        <w:rPr>
          <w:b/>
          <w:bCs/>
        </w:rPr>
        <w:t>____________________________________________________________________________________________________________________________________________________________</w:t>
      </w:r>
    </w:p>
    <w:p w14:paraId="59E40864" w14:textId="77777777" w:rsidR="0013565B" w:rsidRDefault="00000000">
      <w:r>
        <w:rPr>
          <w:b/>
          <w:sz w:val="24"/>
        </w:rPr>
        <w:t>Section 5: Suggestions and improvements</w:t>
      </w:r>
    </w:p>
    <w:p w14:paraId="1C22CB95" w14:textId="51F45094" w:rsidR="0013565B" w:rsidRPr="00682303" w:rsidRDefault="00000000" w:rsidP="00682303">
      <w:pPr>
        <w:pStyle w:val="Prrafodelista"/>
        <w:numPr>
          <w:ilvl w:val="0"/>
          <w:numId w:val="10"/>
        </w:numPr>
        <w:rPr>
          <w:b/>
          <w:bCs/>
        </w:rPr>
      </w:pPr>
      <w:r w:rsidRPr="00682303">
        <w:rPr>
          <w:b/>
          <w:bCs/>
        </w:rPr>
        <w:t>Would you like to take part in future editions of the event?</w:t>
      </w:r>
    </w:p>
    <w:p w14:paraId="7DE8D224" w14:textId="77777777" w:rsidR="0013565B" w:rsidRDefault="00000000">
      <w:r>
        <w:rPr>
          <w:rFonts w:ascii="Segoe UI Symbol" w:hAnsi="Segoe UI Symbol" w:cs="Segoe UI Symbol"/>
        </w:rPr>
        <w:t>☐</w:t>
      </w:r>
      <w:r>
        <w:t xml:space="preserve"> Yes, with pleasure</w:t>
      </w:r>
    </w:p>
    <w:p w14:paraId="67D2A610" w14:textId="77777777" w:rsidR="0013565B" w:rsidRDefault="00000000">
      <w:r>
        <w:t>☐ Maybe, depending on organisational improvements</w:t>
      </w:r>
    </w:p>
    <w:p w14:paraId="17399EBD" w14:textId="77777777" w:rsidR="0013565B" w:rsidRDefault="00000000">
      <w:r>
        <w:t>☐ No, I prefer other types of events</w:t>
      </w:r>
    </w:p>
    <w:p w14:paraId="188B73DB" w14:textId="30E58410" w:rsidR="0013565B" w:rsidRDefault="00000000" w:rsidP="00682303">
      <w:pPr>
        <w:pStyle w:val="Prrafodelista"/>
        <w:numPr>
          <w:ilvl w:val="0"/>
          <w:numId w:val="10"/>
        </w:numPr>
        <w:rPr>
          <w:b/>
          <w:bCs/>
        </w:rPr>
      </w:pPr>
      <w:r w:rsidRPr="00682303">
        <w:rPr>
          <w:b/>
          <w:bCs/>
        </w:rPr>
        <w:t>Which aspects of the event do you think could be improved in future editions?</w:t>
      </w:r>
    </w:p>
    <w:p w14:paraId="6035077C" w14:textId="77777777" w:rsidR="009660D6" w:rsidRPr="009660D6" w:rsidRDefault="009660D6" w:rsidP="009660D6">
      <w:pPr>
        <w:rPr>
          <w:b/>
          <w:bCs/>
        </w:rPr>
      </w:pPr>
      <w:r w:rsidRPr="009660D6">
        <w:rPr>
          <w:b/>
          <w:bCs/>
        </w:rPr>
        <w:t>____________________________________________________________________________________________________________________________________________________________</w:t>
      </w:r>
    </w:p>
    <w:p w14:paraId="55EEF52B" w14:textId="4C918A35" w:rsidR="0013565B" w:rsidRDefault="00000000" w:rsidP="00682303">
      <w:pPr>
        <w:pStyle w:val="Prrafodelista"/>
        <w:numPr>
          <w:ilvl w:val="0"/>
          <w:numId w:val="10"/>
        </w:numPr>
        <w:rPr>
          <w:b/>
          <w:bCs/>
        </w:rPr>
      </w:pPr>
      <w:r w:rsidRPr="00682303">
        <w:rPr>
          <w:b/>
          <w:bCs/>
        </w:rPr>
        <w:t>What other science communication activities do you think could be integrated into similar future events?</w:t>
      </w:r>
    </w:p>
    <w:p w14:paraId="4BB2EA36" w14:textId="77777777" w:rsidR="009660D6" w:rsidRPr="009660D6" w:rsidRDefault="009660D6" w:rsidP="009660D6">
      <w:pPr>
        <w:rPr>
          <w:b/>
          <w:bCs/>
        </w:rPr>
      </w:pPr>
      <w:r w:rsidRPr="009660D6">
        <w:rPr>
          <w:b/>
          <w:bCs/>
        </w:rPr>
        <w:t>____________________________________________________________________________________________________________________________________________________________</w:t>
      </w:r>
    </w:p>
    <w:p w14:paraId="70D55792" w14:textId="037DE7E5" w:rsidR="0013565B" w:rsidRDefault="00000000" w:rsidP="00682303">
      <w:pPr>
        <w:pStyle w:val="Prrafodelista"/>
        <w:numPr>
          <w:ilvl w:val="0"/>
          <w:numId w:val="10"/>
        </w:numPr>
        <w:rPr>
          <w:b/>
          <w:bCs/>
        </w:rPr>
      </w:pPr>
      <w:r w:rsidRPr="00682303">
        <w:rPr>
          <w:b/>
          <w:bCs/>
        </w:rPr>
        <w:t>Do you have any additional comments about your experience in the event?</w:t>
      </w:r>
    </w:p>
    <w:p w14:paraId="41AB7B85" w14:textId="6F18D388" w:rsidR="009660D6" w:rsidRPr="009660D6" w:rsidRDefault="009660D6" w:rsidP="009660D6">
      <w:pPr>
        <w:rPr>
          <w:b/>
          <w:bCs/>
        </w:rPr>
      </w:pPr>
      <w:r w:rsidRPr="009660D6">
        <w:rPr>
          <w:b/>
          <w:bCs/>
        </w:rPr>
        <w:t>____________________________________________________________________________________________________________________________________________________________</w:t>
      </w:r>
    </w:p>
    <w:p w14:paraId="2382C3B0" w14:textId="77777777" w:rsidR="0013565B" w:rsidRDefault="0013565B"/>
    <w:sectPr w:rsidR="0013565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89C1D40"/>
    <w:multiLevelType w:val="hybridMultilevel"/>
    <w:tmpl w:val="778A898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6644613">
    <w:abstractNumId w:val="8"/>
  </w:num>
  <w:num w:numId="2" w16cid:durableId="408843320">
    <w:abstractNumId w:val="6"/>
  </w:num>
  <w:num w:numId="3" w16cid:durableId="1423329879">
    <w:abstractNumId w:val="5"/>
  </w:num>
  <w:num w:numId="4" w16cid:durableId="2019231999">
    <w:abstractNumId w:val="4"/>
  </w:num>
  <w:num w:numId="5" w16cid:durableId="676998723">
    <w:abstractNumId w:val="7"/>
  </w:num>
  <w:num w:numId="6" w16cid:durableId="264964345">
    <w:abstractNumId w:val="3"/>
  </w:num>
  <w:num w:numId="7" w16cid:durableId="1130637484">
    <w:abstractNumId w:val="2"/>
  </w:num>
  <w:num w:numId="8" w16cid:durableId="1568688157">
    <w:abstractNumId w:val="1"/>
  </w:num>
  <w:num w:numId="9" w16cid:durableId="1565146342">
    <w:abstractNumId w:val="0"/>
  </w:num>
  <w:num w:numId="10" w16cid:durableId="1124845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565B"/>
    <w:rsid w:val="0015074B"/>
    <w:rsid w:val="0029639D"/>
    <w:rsid w:val="00326F90"/>
    <w:rsid w:val="005B1F74"/>
    <w:rsid w:val="00682303"/>
    <w:rsid w:val="00920015"/>
    <w:rsid w:val="00936D7C"/>
    <w:rsid w:val="009660D6"/>
    <w:rsid w:val="00AA1D8D"/>
    <w:rsid w:val="00B47730"/>
    <w:rsid w:val="00BB2B07"/>
    <w:rsid w:val="00CB0664"/>
    <w:rsid w:val="00DE334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AAF19C"/>
  <w14:defaultImageDpi w14:val="300"/>
  <w15:docId w15:val="{B25FBAFD-BB0D-CB44-B8E8-4C303E420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724</Words>
  <Characters>4802</Characters>
  <Application>Microsoft Office Word</Application>
  <DocSecurity>0</DocSecurity>
  <Lines>102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 Luisa Montes</cp:lastModifiedBy>
  <cp:revision>7</cp:revision>
  <dcterms:created xsi:type="dcterms:W3CDTF">2013-12-23T23:15:00Z</dcterms:created>
  <dcterms:modified xsi:type="dcterms:W3CDTF">2026-03-02T03:12:00Z</dcterms:modified>
  <cp:category/>
</cp:coreProperties>
</file>