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97A4" w14:textId="333FAB45" w:rsidR="004A2C9E" w:rsidRDefault="004A2C9E">
      <w:pPr>
        <w:jc w:val="center"/>
        <w:rPr>
          <w:b/>
          <w:sz w:val="28"/>
        </w:rPr>
      </w:pPr>
      <w:r w:rsidRPr="00693BE5">
        <w:rPr>
          <w:noProof/>
        </w:rPr>
        <w:drawing>
          <wp:inline distT="0" distB="0" distL="0" distR="0" wp14:anchorId="2C9A3C5A" wp14:editId="340A0AB5">
            <wp:extent cx="788987" cy="1094153"/>
            <wp:effectExtent l="0" t="0" r="0" b="0"/>
            <wp:docPr id="1882088301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088301" name="Imagen 1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28" cy="110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2B166" w14:textId="5575AD63" w:rsidR="00016437" w:rsidRDefault="00000000">
      <w:pPr>
        <w:jc w:val="center"/>
      </w:pPr>
      <w:r>
        <w:rPr>
          <w:b/>
          <w:sz w:val="28"/>
        </w:rPr>
        <w:t>VISITOR QUESTIONNAIRE (S2)</w:t>
      </w:r>
    </w:p>
    <w:p w14:paraId="308C4BEE" w14:textId="77777777" w:rsidR="00016437" w:rsidRDefault="00000000">
      <w:pPr>
        <w:spacing w:after="120"/>
      </w:pPr>
      <w:r>
        <w:t>General instructions: Please read each question carefully and tick (☒) the option that best reflects your answer, or write in the spaces provided where appropriate. Your responses are confidential and will be used for academic purposes only.</w:t>
      </w:r>
    </w:p>
    <w:p w14:paraId="1149B3F1" w14:textId="77777777" w:rsidR="00016437" w:rsidRDefault="00000000">
      <w:r>
        <w:rPr>
          <w:b/>
          <w:sz w:val="24"/>
        </w:rPr>
        <w:t>Section 1: Attendee profile</w:t>
      </w:r>
    </w:p>
    <w:p w14:paraId="5388ED28" w14:textId="3521F221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Place of residence:</w:t>
      </w:r>
    </w:p>
    <w:p w14:paraId="46FEF1BF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Tampico</w:t>
      </w:r>
    </w:p>
    <w:p w14:paraId="3D8CFA8A" w14:textId="77777777" w:rsidR="00016437" w:rsidRDefault="00000000">
      <w:r>
        <w:t>☐ Ciudad Madero</w:t>
      </w:r>
    </w:p>
    <w:p w14:paraId="647444EA" w14:textId="77777777" w:rsidR="00016437" w:rsidRDefault="00000000">
      <w:r>
        <w:t>☐ Altamira</w:t>
      </w:r>
    </w:p>
    <w:p w14:paraId="5B84BB78" w14:textId="77777777" w:rsidR="00016437" w:rsidRDefault="00000000">
      <w:r>
        <w:t>☐ Other: _____________________</w:t>
      </w:r>
    </w:p>
    <w:p w14:paraId="0E18CB1B" w14:textId="652C7D8F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Age:</w:t>
      </w:r>
    </w:p>
    <w:p w14:paraId="68347C7C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Under 12 years</w:t>
      </w:r>
    </w:p>
    <w:p w14:paraId="40988B4C" w14:textId="77777777" w:rsidR="00016437" w:rsidRDefault="00000000">
      <w:r>
        <w:t>☐ 12–17 years</w:t>
      </w:r>
    </w:p>
    <w:p w14:paraId="3724ABD1" w14:textId="77777777" w:rsidR="00016437" w:rsidRDefault="00000000">
      <w:r>
        <w:t>☐ 18–24 years</w:t>
      </w:r>
    </w:p>
    <w:p w14:paraId="14E0362A" w14:textId="77777777" w:rsidR="00016437" w:rsidRDefault="00000000">
      <w:r>
        <w:t>☐ 25–39 years</w:t>
      </w:r>
    </w:p>
    <w:p w14:paraId="788A9670" w14:textId="77777777" w:rsidR="00016437" w:rsidRDefault="00000000">
      <w:r>
        <w:t>☐ 40–59 years</w:t>
      </w:r>
    </w:p>
    <w:p w14:paraId="77BA34D4" w14:textId="77777777" w:rsidR="00016437" w:rsidRDefault="00000000">
      <w:r>
        <w:t>☐ 60 years or over</w:t>
      </w:r>
    </w:p>
    <w:p w14:paraId="3D89A9AB" w14:textId="314AF910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Educational level:</w:t>
      </w:r>
    </w:p>
    <w:p w14:paraId="653EDA50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Primary</w:t>
      </w:r>
    </w:p>
    <w:p w14:paraId="374A1D0F" w14:textId="77777777" w:rsidR="00016437" w:rsidRDefault="00000000">
      <w:r>
        <w:t>☐ Lower secondary</w:t>
      </w:r>
    </w:p>
    <w:p w14:paraId="314994CD" w14:textId="77777777" w:rsidR="00016437" w:rsidRDefault="00000000">
      <w:r>
        <w:t>☐ Upper secondary</w:t>
      </w:r>
    </w:p>
    <w:p w14:paraId="6EDE59D5" w14:textId="77777777" w:rsidR="00016437" w:rsidRDefault="00000000">
      <w:r>
        <w:lastRenderedPageBreak/>
        <w:t>☐ Undergraduate (Bachelor’s degree)</w:t>
      </w:r>
    </w:p>
    <w:p w14:paraId="632926A7" w14:textId="77777777" w:rsidR="00016437" w:rsidRDefault="00000000">
      <w:r>
        <w:t>☐ Postgraduate</w:t>
      </w:r>
    </w:p>
    <w:p w14:paraId="3CBCD29F" w14:textId="01DAB425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Occupation:</w:t>
      </w:r>
    </w:p>
    <w:p w14:paraId="32E90491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Student</w:t>
      </w:r>
    </w:p>
    <w:p w14:paraId="3060EA3F" w14:textId="77777777" w:rsidR="00016437" w:rsidRDefault="00000000">
      <w:r>
        <w:t>☐ Teacher</w:t>
      </w:r>
    </w:p>
    <w:p w14:paraId="110735E0" w14:textId="77777777" w:rsidR="00016437" w:rsidRDefault="00000000">
      <w:r>
        <w:t>☐ Employee (profession: _____________)</w:t>
      </w:r>
    </w:p>
    <w:p w14:paraId="5CAA94AF" w14:textId="77777777" w:rsidR="00016437" w:rsidRDefault="00000000">
      <w:r>
        <w:t>☐ Homemaker</w:t>
      </w:r>
    </w:p>
    <w:p w14:paraId="1716F443" w14:textId="77777777" w:rsidR="00016437" w:rsidRDefault="00000000">
      <w:r>
        <w:t>☐ Unemployed</w:t>
      </w:r>
    </w:p>
    <w:p w14:paraId="66A57D63" w14:textId="77777777" w:rsidR="00016437" w:rsidRDefault="00000000">
      <w:r>
        <w:t>☐ Other: _________________</w:t>
      </w:r>
    </w:p>
    <w:p w14:paraId="75C83101" w14:textId="3CC8A8F8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Is this the first time you have attended a science communication/outreach event?</w:t>
      </w:r>
    </w:p>
    <w:p w14:paraId="1C0CDEBD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Yes</w:t>
      </w:r>
    </w:p>
    <w:p w14:paraId="34C9B760" w14:textId="77777777" w:rsidR="00016437" w:rsidRDefault="00000000">
      <w:r>
        <w:t>☐ No</w:t>
      </w:r>
    </w:p>
    <w:p w14:paraId="398CB8FD" w14:textId="77777777" w:rsidR="00016437" w:rsidRDefault="00000000">
      <w:r>
        <w:rPr>
          <w:b/>
          <w:sz w:val="24"/>
        </w:rPr>
        <w:t>Section 2: Motivation for attending the event</w:t>
      </w:r>
    </w:p>
    <w:p w14:paraId="66A196F4" w14:textId="444CE1E1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How did you hear about the event?</w:t>
      </w:r>
    </w:p>
    <w:p w14:paraId="6028EEB2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</w:t>
      </w:r>
      <w:proofErr w:type="gramStart"/>
      <w:r>
        <w:t>Social media</w:t>
      </w:r>
      <w:proofErr w:type="gramEnd"/>
    </w:p>
    <w:p w14:paraId="1D5A1DA0" w14:textId="77777777" w:rsidR="00016437" w:rsidRDefault="00000000">
      <w:r>
        <w:t>☐ Recommendation from friends or family</w:t>
      </w:r>
    </w:p>
    <w:p w14:paraId="252F3960" w14:textId="77777777" w:rsidR="00016437" w:rsidRDefault="00000000">
      <w:r>
        <w:t>☐ School (announcement, teacher, etc.)</w:t>
      </w:r>
    </w:p>
    <w:p w14:paraId="1FB8DED6" w14:textId="77777777" w:rsidR="00016437" w:rsidRDefault="00000000">
      <w:r>
        <w:t>☐ Other: ______________________</w:t>
      </w:r>
    </w:p>
    <w:p w14:paraId="12496BBF" w14:textId="13232081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What motivated you to attend the event?</w:t>
      </w:r>
    </w:p>
    <w:p w14:paraId="25B7341D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Interest in the cosmos and science</w:t>
      </w:r>
    </w:p>
    <w:p w14:paraId="0056F915" w14:textId="77777777" w:rsidR="00016437" w:rsidRDefault="00000000">
      <w:r>
        <w:t>☐ Participation in specific workshops</w:t>
      </w:r>
    </w:p>
    <w:p w14:paraId="239E451E" w14:textId="77777777" w:rsidR="00016437" w:rsidRDefault="00000000">
      <w:r>
        <w:t>☐ Children’s activities</w:t>
      </w:r>
    </w:p>
    <w:p w14:paraId="09CE4301" w14:textId="77777777" w:rsidR="00016437" w:rsidRDefault="00000000">
      <w:r>
        <w:t>☐ Scientific talks and videos</w:t>
      </w:r>
    </w:p>
    <w:p w14:paraId="48ED3A94" w14:textId="77777777" w:rsidR="00016437" w:rsidRDefault="00000000">
      <w:r>
        <w:t>☐ Other: _________________</w:t>
      </w:r>
    </w:p>
    <w:p w14:paraId="4FED28F7" w14:textId="77777777" w:rsidR="00016437" w:rsidRDefault="00000000">
      <w:r>
        <w:rPr>
          <w:b/>
          <w:sz w:val="24"/>
        </w:rPr>
        <w:lastRenderedPageBreak/>
        <w:t>Section 3: Experience evaluation</w:t>
      </w:r>
    </w:p>
    <w:p w14:paraId="58496678" w14:textId="3E822F7E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Did you take part in any of the following activities? (Tick all that apply)</w:t>
      </w:r>
    </w:p>
    <w:p w14:paraId="12ECE229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Mobile Polytechnic Planetarium</w:t>
      </w:r>
    </w:p>
    <w:p w14:paraId="24AD0D32" w14:textId="77777777" w:rsidR="00016437" w:rsidRDefault="00000000">
      <w:r>
        <w:t>☐ Images of the Cosmos exhibition</w:t>
      </w:r>
    </w:p>
    <w:p w14:paraId="1DE009E3" w14:textId="77777777" w:rsidR="00016437" w:rsidRDefault="00000000">
      <w:r>
        <w:t>☐ Astrophotography workshop</w:t>
      </w:r>
    </w:p>
    <w:p w14:paraId="36E81152" w14:textId="77777777" w:rsidR="00016437" w:rsidRDefault="00000000">
      <w:r>
        <w:t>☐ ‘Cosmic Kids’ workshop</w:t>
      </w:r>
    </w:p>
    <w:p w14:paraId="7FED580B" w14:textId="77777777" w:rsidR="00016437" w:rsidRDefault="00000000">
      <w:r>
        <w:t>☐ Astronomical observation (day/night)</w:t>
      </w:r>
    </w:p>
    <w:p w14:paraId="4F57955B" w14:textId="77777777" w:rsidR="00016437" w:rsidRDefault="00000000">
      <w:r>
        <w:t>☐ ‘Introduction to Rocketry’ workshop</w:t>
      </w:r>
    </w:p>
    <w:p w14:paraId="6E09AB88" w14:textId="77777777" w:rsidR="00016437" w:rsidRDefault="00000000">
      <w:r>
        <w:t>☐ Hydropropelled rocket exhibition/demonstration</w:t>
      </w:r>
    </w:p>
    <w:p w14:paraId="04067AB1" w14:textId="77777777" w:rsidR="00016437" w:rsidRDefault="00000000">
      <w:r>
        <w:t>☐ Scientific talks</w:t>
      </w:r>
    </w:p>
    <w:p w14:paraId="079D9C90" w14:textId="77777777" w:rsidR="00016437" w:rsidRDefault="00000000">
      <w:r>
        <w:t>☐ Scientific videos</w:t>
      </w:r>
    </w:p>
    <w:p w14:paraId="448C05FF" w14:textId="0407DEF6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 xml:space="preserve">Overall </w:t>
      </w:r>
      <w:proofErr w:type="spellStart"/>
      <w:r w:rsidRPr="005453B1">
        <w:rPr>
          <w:b/>
          <w:bCs/>
        </w:rPr>
        <w:t>organisation</w:t>
      </w:r>
      <w:proofErr w:type="spellEnd"/>
      <w:r w:rsidRPr="005453B1">
        <w:rPr>
          <w:b/>
          <w:bCs/>
        </w:rPr>
        <w:t xml:space="preserve"> of the event:</w:t>
      </w:r>
    </w:p>
    <w:p w14:paraId="4ACEDEA1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Very dissatisfied</w:t>
      </w:r>
    </w:p>
    <w:p w14:paraId="7D3F9BE7" w14:textId="77777777" w:rsidR="00016437" w:rsidRDefault="00000000">
      <w:r>
        <w:t>☐ Dissatisfied</w:t>
      </w:r>
    </w:p>
    <w:p w14:paraId="0C4CEFD2" w14:textId="77777777" w:rsidR="00016437" w:rsidRDefault="00000000">
      <w:r>
        <w:t>☐ Neutral</w:t>
      </w:r>
    </w:p>
    <w:p w14:paraId="7E990B59" w14:textId="77777777" w:rsidR="00016437" w:rsidRDefault="00000000">
      <w:r>
        <w:t>☐ Satisfied</w:t>
      </w:r>
    </w:p>
    <w:p w14:paraId="767CC665" w14:textId="33A0E4AA" w:rsidR="00016437" w:rsidRDefault="00000000">
      <w:r>
        <w:t>☐ Very satisfied</w:t>
      </w:r>
    </w:p>
    <w:p w14:paraId="2BD3F77F" w14:textId="30C4DF8D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Variety of activities offered:</w:t>
      </w:r>
    </w:p>
    <w:p w14:paraId="7DCA7EB4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Very dissatisfied</w:t>
      </w:r>
    </w:p>
    <w:p w14:paraId="5C6BA8BD" w14:textId="77777777" w:rsidR="00016437" w:rsidRDefault="00000000">
      <w:r>
        <w:t>☐ Dissatisfied</w:t>
      </w:r>
    </w:p>
    <w:p w14:paraId="29354356" w14:textId="77777777" w:rsidR="00016437" w:rsidRDefault="00000000">
      <w:r>
        <w:t>☐ Neutral</w:t>
      </w:r>
    </w:p>
    <w:p w14:paraId="7B650A90" w14:textId="77777777" w:rsidR="00016437" w:rsidRDefault="00000000">
      <w:r>
        <w:t>☐ Satisfied</w:t>
      </w:r>
    </w:p>
    <w:p w14:paraId="07C14A54" w14:textId="3E712101" w:rsidR="00016437" w:rsidRDefault="00000000">
      <w:r>
        <w:t>☐ Very satisfied</w:t>
      </w:r>
    </w:p>
    <w:p w14:paraId="1D4D1E35" w14:textId="053BF97B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Clarity of the explanations of scientific topics:</w:t>
      </w:r>
    </w:p>
    <w:p w14:paraId="328C98BE" w14:textId="77777777" w:rsidR="00016437" w:rsidRDefault="00000000">
      <w:r>
        <w:rPr>
          <w:rFonts w:ascii="Segoe UI Symbol" w:hAnsi="Segoe UI Symbol" w:cs="Segoe UI Symbol"/>
        </w:rPr>
        <w:lastRenderedPageBreak/>
        <w:t>☐</w:t>
      </w:r>
      <w:r>
        <w:t xml:space="preserve"> Very dissatisfied</w:t>
      </w:r>
    </w:p>
    <w:p w14:paraId="56CC816C" w14:textId="77777777" w:rsidR="00016437" w:rsidRDefault="00000000">
      <w:r>
        <w:t>☐ Dissatisfied</w:t>
      </w:r>
    </w:p>
    <w:p w14:paraId="7E8DE240" w14:textId="77777777" w:rsidR="00016437" w:rsidRDefault="00000000">
      <w:r>
        <w:t>☐ Neutral</w:t>
      </w:r>
    </w:p>
    <w:p w14:paraId="242D9F2C" w14:textId="77777777" w:rsidR="00016437" w:rsidRDefault="00000000">
      <w:r>
        <w:t>☐ Satisfied</w:t>
      </w:r>
    </w:p>
    <w:p w14:paraId="08297781" w14:textId="150BF5A3" w:rsidR="00016437" w:rsidRDefault="00000000">
      <w:r>
        <w:t>☐ Very satisfied</w:t>
      </w:r>
    </w:p>
    <w:p w14:paraId="39DA4B48" w14:textId="16BE7D33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Accessibility and logistics (location, transport, schedule):</w:t>
      </w:r>
    </w:p>
    <w:p w14:paraId="0686E493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Very dissatisfied</w:t>
      </w:r>
    </w:p>
    <w:p w14:paraId="7FFB7F97" w14:textId="77777777" w:rsidR="00016437" w:rsidRDefault="00000000">
      <w:r>
        <w:t>☐ Dissatisfied</w:t>
      </w:r>
    </w:p>
    <w:p w14:paraId="6E5AB9CA" w14:textId="77777777" w:rsidR="00016437" w:rsidRDefault="00000000">
      <w:r>
        <w:t>☐ Neutral</w:t>
      </w:r>
    </w:p>
    <w:p w14:paraId="299676D7" w14:textId="77777777" w:rsidR="00016437" w:rsidRDefault="00000000">
      <w:r>
        <w:t>☐ Satisfied</w:t>
      </w:r>
    </w:p>
    <w:p w14:paraId="6FA7BBFB" w14:textId="06DB32A1" w:rsidR="00016437" w:rsidRDefault="00000000">
      <w:r>
        <w:t>☐ Very satisfied</w:t>
      </w:r>
    </w:p>
    <w:p w14:paraId="10E39049" w14:textId="56571C29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Relevance of the topics addressed:</w:t>
      </w:r>
    </w:p>
    <w:p w14:paraId="0522FCFE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Very dissatisfied</w:t>
      </w:r>
    </w:p>
    <w:p w14:paraId="2A503FCB" w14:textId="77777777" w:rsidR="00016437" w:rsidRDefault="00000000">
      <w:r>
        <w:t>☐ Dissatisfied</w:t>
      </w:r>
    </w:p>
    <w:p w14:paraId="63AC05F7" w14:textId="77777777" w:rsidR="00016437" w:rsidRDefault="00000000">
      <w:r>
        <w:t>☐ Neutral</w:t>
      </w:r>
    </w:p>
    <w:p w14:paraId="596DCFE9" w14:textId="77777777" w:rsidR="00016437" w:rsidRDefault="00000000">
      <w:r>
        <w:t>☐ Satisfied</w:t>
      </w:r>
    </w:p>
    <w:p w14:paraId="502878DA" w14:textId="2231F7BF" w:rsidR="00016437" w:rsidRDefault="00000000">
      <w:r>
        <w:t>☐ Very satisfied</w:t>
      </w:r>
    </w:p>
    <w:p w14:paraId="48B7ACB3" w14:textId="77777777" w:rsidR="005A7121" w:rsidRDefault="00000000" w:rsidP="005A712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Which activity did you find most interesting or useful?</w:t>
      </w:r>
    </w:p>
    <w:p w14:paraId="2BB407CC" w14:textId="7CA45E04" w:rsidR="005A7121" w:rsidRPr="005A7121" w:rsidRDefault="005A7121" w:rsidP="005A7121">
      <w:pPr>
        <w:rPr>
          <w:b/>
          <w:bCs/>
        </w:rPr>
      </w:pPr>
      <w:r w:rsidRPr="005A7121"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024BB93E" w14:textId="33ED2907" w:rsidR="00016437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Which aspect or activity do you think could be improved?</w:t>
      </w:r>
    </w:p>
    <w:p w14:paraId="5EE90B5B" w14:textId="77777777" w:rsidR="005A7121" w:rsidRPr="005A7121" w:rsidRDefault="005A7121" w:rsidP="005A7121">
      <w:pPr>
        <w:rPr>
          <w:b/>
          <w:bCs/>
        </w:rPr>
      </w:pPr>
      <w:r w:rsidRPr="005A7121"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3D2BC887" w14:textId="77777777" w:rsidR="00016437" w:rsidRDefault="00000000">
      <w:r>
        <w:rPr>
          <w:b/>
          <w:sz w:val="24"/>
        </w:rPr>
        <w:t>Section 4: Perceived impact</w:t>
      </w:r>
    </w:p>
    <w:p w14:paraId="53B8AAC0" w14:textId="78802268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Before attending the event, how interested were you in science and the cosmos?</w:t>
      </w:r>
    </w:p>
    <w:p w14:paraId="6E7B5B11" w14:textId="77777777" w:rsidR="00016437" w:rsidRDefault="00000000">
      <w:r>
        <w:rPr>
          <w:rFonts w:ascii="Segoe UI Symbol" w:hAnsi="Segoe UI Symbol" w:cs="Segoe UI Symbol"/>
        </w:rPr>
        <w:lastRenderedPageBreak/>
        <w:t>☐</w:t>
      </w:r>
      <w:r>
        <w:t xml:space="preserve"> Very little interested</w:t>
      </w:r>
    </w:p>
    <w:p w14:paraId="0D619AC8" w14:textId="77777777" w:rsidR="00016437" w:rsidRDefault="00000000">
      <w:r>
        <w:t>☐ Little interested</w:t>
      </w:r>
    </w:p>
    <w:p w14:paraId="747BAB04" w14:textId="77777777" w:rsidR="00016437" w:rsidRDefault="00000000">
      <w:r>
        <w:t>☐ Neutral</w:t>
      </w:r>
    </w:p>
    <w:p w14:paraId="475CB9C7" w14:textId="77777777" w:rsidR="00016437" w:rsidRDefault="00000000">
      <w:r>
        <w:t>☐ Interested</w:t>
      </w:r>
    </w:p>
    <w:p w14:paraId="4B4FF4C3" w14:textId="77777777" w:rsidR="00016437" w:rsidRDefault="00000000">
      <w:r>
        <w:t>☐ Very interested</w:t>
      </w:r>
    </w:p>
    <w:p w14:paraId="556DC524" w14:textId="55A3E23F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After the event, do you think your interest in science increased?</w:t>
      </w:r>
    </w:p>
    <w:p w14:paraId="6F30C9EC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Yes</w:t>
      </w:r>
    </w:p>
    <w:p w14:paraId="3DBF4664" w14:textId="77777777" w:rsidR="00016437" w:rsidRDefault="00000000">
      <w:r>
        <w:t>☐ No</w:t>
      </w:r>
    </w:p>
    <w:p w14:paraId="6DFC3421" w14:textId="77777777" w:rsidR="00016437" w:rsidRDefault="00000000">
      <w:r>
        <w:t>☐ It stayed the same</w:t>
      </w:r>
    </w:p>
    <w:p w14:paraId="7F68D2F7" w14:textId="750EE841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Did you learn something new during the event?</w:t>
      </w:r>
    </w:p>
    <w:p w14:paraId="73724D08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Yes</w:t>
      </w:r>
    </w:p>
    <w:p w14:paraId="03021D20" w14:textId="77777777" w:rsidR="00016437" w:rsidRDefault="00000000">
      <w:r>
        <w:t>☐ No</w:t>
      </w:r>
    </w:p>
    <w:p w14:paraId="032419CA" w14:textId="4AC56744" w:rsidR="00016437" w:rsidRPr="005453B1" w:rsidRDefault="00000000" w:rsidP="005453B1">
      <w:pPr>
        <w:pStyle w:val="Prrafodelista"/>
        <w:numPr>
          <w:ilvl w:val="0"/>
          <w:numId w:val="10"/>
        </w:numPr>
        <w:rPr>
          <w:b/>
          <w:bCs/>
        </w:rPr>
      </w:pPr>
      <w:r w:rsidRPr="005453B1">
        <w:rPr>
          <w:b/>
          <w:bCs/>
        </w:rPr>
        <w:t>Do you think these kinds of events are important for your community?</w:t>
      </w:r>
    </w:p>
    <w:p w14:paraId="1AFE009A" w14:textId="77777777" w:rsidR="00016437" w:rsidRDefault="00000000">
      <w:r>
        <w:rPr>
          <w:rFonts w:ascii="Segoe UI Symbol" w:hAnsi="Segoe UI Symbol" w:cs="Segoe UI Symbol"/>
        </w:rPr>
        <w:t>☐</w:t>
      </w:r>
      <w:r>
        <w:t xml:space="preserve"> Yes</w:t>
      </w:r>
    </w:p>
    <w:p w14:paraId="1D69D07C" w14:textId="77777777" w:rsidR="00016437" w:rsidRDefault="00000000">
      <w:r>
        <w:t>☐ No</w:t>
      </w:r>
    </w:p>
    <w:p w14:paraId="7F6FEE40" w14:textId="69CD34E3" w:rsidR="00016437" w:rsidRPr="005453B1" w:rsidRDefault="00FB56FF">
      <w:pPr>
        <w:rPr>
          <w:b/>
          <w:bCs/>
        </w:rPr>
      </w:pPr>
      <w:r>
        <w:rPr>
          <w:b/>
          <w:bCs/>
        </w:rPr>
        <w:t xml:space="preserve">     </w:t>
      </w:r>
      <w:r w:rsidR="001D02E2">
        <w:rPr>
          <w:b/>
          <w:bCs/>
        </w:rPr>
        <w:t>20</w:t>
      </w:r>
      <w:r w:rsidR="005453B1" w:rsidRPr="005453B1">
        <w:rPr>
          <w:b/>
          <w:bCs/>
        </w:rPr>
        <w:t>. Would you take part in similar events in the future?</w:t>
      </w:r>
    </w:p>
    <w:p w14:paraId="0413F8DA" w14:textId="77777777" w:rsidR="00016437" w:rsidRDefault="00000000">
      <w:r>
        <w:t>☐ Yes</w:t>
      </w:r>
    </w:p>
    <w:p w14:paraId="0D3E7061" w14:textId="77777777" w:rsidR="00016437" w:rsidRDefault="00000000">
      <w:r>
        <w:t>☐ No</w:t>
      </w:r>
    </w:p>
    <w:sectPr w:rsidR="0001643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482416"/>
    <w:multiLevelType w:val="hybridMultilevel"/>
    <w:tmpl w:val="4824064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229263">
    <w:abstractNumId w:val="8"/>
  </w:num>
  <w:num w:numId="2" w16cid:durableId="1505895290">
    <w:abstractNumId w:val="6"/>
  </w:num>
  <w:num w:numId="3" w16cid:durableId="889146934">
    <w:abstractNumId w:val="5"/>
  </w:num>
  <w:num w:numId="4" w16cid:durableId="1141069518">
    <w:abstractNumId w:val="4"/>
  </w:num>
  <w:num w:numId="5" w16cid:durableId="1326393166">
    <w:abstractNumId w:val="7"/>
  </w:num>
  <w:num w:numId="6" w16cid:durableId="1819153274">
    <w:abstractNumId w:val="3"/>
  </w:num>
  <w:num w:numId="7" w16cid:durableId="2029794070">
    <w:abstractNumId w:val="2"/>
  </w:num>
  <w:num w:numId="8" w16cid:durableId="1216115723">
    <w:abstractNumId w:val="1"/>
  </w:num>
  <w:num w:numId="9" w16cid:durableId="2109808862">
    <w:abstractNumId w:val="0"/>
  </w:num>
  <w:num w:numId="10" w16cid:durableId="2305089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437"/>
    <w:rsid w:val="00034616"/>
    <w:rsid w:val="0006063C"/>
    <w:rsid w:val="0015074B"/>
    <w:rsid w:val="001D02E2"/>
    <w:rsid w:val="0029639D"/>
    <w:rsid w:val="00326F90"/>
    <w:rsid w:val="004A2C9E"/>
    <w:rsid w:val="005453B1"/>
    <w:rsid w:val="00593D3A"/>
    <w:rsid w:val="005A7121"/>
    <w:rsid w:val="006C6A86"/>
    <w:rsid w:val="00920015"/>
    <w:rsid w:val="00AA1D8D"/>
    <w:rsid w:val="00B47730"/>
    <w:rsid w:val="00CB0664"/>
    <w:rsid w:val="00FB56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CBBA20"/>
  <w14:defaultImageDpi w14:val="300"/>
  <w15:docId w15:val="{B25FBAFD-BB0D-CB44-B8E8-4C303E42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480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 Luisa Montes</cp:lastModifiedBy>
  <cp:revision>7</cp:revision>
  <dcterms:created xsi:type="dcterms:W3CDTF">2013-12-23T23:15:00Z</dcterms:created>
  <dcterms:modified xsi:type="dcterms:W3CDTF">2026-07-04T02:53:00Z</dcterms:modified>
  <cp:category/>
</cp:coreProperties>
</file>