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B303A" w14:textId="77777777" w:rsidR="00BD650E" w:rsidRPr="00D4469C" w:rsidRDefault="00000000">
      <w:pPr>
        <w:pStyle w:val="Ttulo1"/>
        <w:jc w:val="center"/>
        <w:rPr>
          <w:color w:val="000000" w:themeColor="text1"/>
          <w:lang w:val="es-ES"/>
        </w:rPr>
      </w:pPr>
      <w:r w:rsidRPr="00D4469C">
        <w:rPr>
          <w:color w:val="000000" w:themeColor="text1"/>
        </w:rPr>
        <w:t xml:space="preserve">S1A. Libro de </w:t>
      </w:r>
      <w:proofErr w:type="spellStart"/>
      <w:r w:rsidRPr="00D4469C">
        <w:rPr>
          <w:color w:val="000000" w:themeColor="text1"/>
        </w:rPr>
        <w:t>códigos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cualitativo</w:t>
      </w:r>
      <w:proofErr w:type="spellEnd"/>
      <w:r w:rsidRPr="00D4469C">
        <w:rPr>
          <w:color w:val="000000" w:themeColor="text1"/>
        </w:rPr>
        <w:t xml:space="preserve"> (</w:t>
      </w:r>
      <w:proofErr w:type="spellStart"/>
      <w:r w:rsidRPr="00D4469C">
        <w:rPr>
          <w:color w:val="000000" w:themeColor="text1"/>
        </w:rPr>
        <w:t>entrevistas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semiestructuradas</w:t>
      </w:r>
      <w:proofErr w:type="spellEnd"/>
      <w:r w:rsidRPr="00D4469C">
        <w:rPr>
          <w:color w:val="000000" w:themeColor="text1"/>
        </w:rPr>
        <w:t xml:space="preserve"> </w:t>
      </w:r>
      <w:proofErr w:type="gramStart"/>
      <w:r w:rsidRPr="00D4469C">
        <w:rPr>
          <w:color w:val="000000" w:themeColor="text1"/>
        </w:rPr>
        <w:t>a</w:t>
      </w:r>
      <w:proofErr w:type="gram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estudiantes</w:t>
      </w:r>
      <w:proofErr w:type="spellEnd"/>
      <w:r w:rsidRPr="00D4469C">
        <w:rPr>
          <w:color w:val="000000" w:themeColor="text1"/>
        </w:rPr>
        <w:t>)</w:t>
      </w:r>
    </w:p>
    <w:p w14:paraId="7395D4EB" w14:textId="77777777" w:rsidR="00BD650E" w:rsidRPr="00D4469C" w:rsidRDefault="00000000">
      <w:pPr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Versión</w:t>
      </w:r>
      <w:proofErr w:type="spellEnd"/>
      <w:r w:rsidRPr="00D4469C">
        <w:rPr>
          <w:color w:val="000000" w:themeColor="text1"/>
          <w:sz w:val="24"/>
          <w:szCs w:val="24"/>
        </w:rPr>
        <w:t xml:space="preserve">: 2.0 | </w:t>
      </w:r>
      <w:proofErr w:type="spellStart"/>
      <w:r w:rsidRPr="00D4469C">
        <w:rPr>
          <w:color w:val="000000" w:themeColor="text1"/>
          <w:sz w:val="24"/>
          <w:szCs w:val="24"/>
        </w:rPr>
        <w:t>Fecha</w:t>
      </w:r>
      <w:proofErr w:type="spellEnd"/>
      <w:r w:rsidRPr="00D4469C">
        <w:rPr>
          <w:color w:val="000000" w:themeColor="text1"/>
          <w:sz w:val="24"/>
          <w:szCs w:val="24"/>
        </w:rPr>
        <w:t>: 202</w:t>
      </w:r>
      <w:r w:rsidR="00E6447A" w:rsidRPr="00D4469C">
        <w:rPr>
          <w:color w:val="000000" w:themeColor="text1"/>
          <w:sz w:val="24"/>
          <w:szCs w:val="24"/>
        </w:rPr>
        <w:t>5</w:t>
      </w:r>
      <w:r w:rsidRPr="00D4469C">
        <w:rPr>
          <w:color w:val="000000" w:themeColor="text1"/>
          <w:sz w:val="24"/>
          <w:szCs w:val="24"/>
        </w:rPr>
        <w:t>-0</w:t>
      </w:r>
      <w:r w:rsidR="00E6447A" w:rsidRPr="00D4469C">
        <w:rPr>
          <w:color w:val="000000" w:themeColor="text1"/>
          <w:sz w:val="24"/>
          <w:szCs w:val="24"/>
        </w:rPr>
        <w:t>6</w:t>
      </w:r>
      <w:r w:rsidRPr="00D4469C">
        <w:rPr>
          <w:color w:val="000000" w:themeColor="text1"/>
          <w:sz w:val="24"/>
          <w:szCs w:val="24"/>
        </w:rPr>
        <w:t xml:space="preserve">-18 | Fuente: </w:t>
      </w:r>
      <w:proofErr w:type="spellStart"/>
      <w:r w:rsidRPr="00D4469C">
        <w:rPr>
          <w:color w:val="000000" w:themeColor="text1"/>
          <w:sz w:val="24"/>
          <w:szCs w:val="24"/>
        </w:rPr>
        <w:t>guía</w:t>
      </w:r>
      <w:proofErr w:type="spellEnd"/>
      <w:r w:rsidRPr="00D4469C">
        <w:rPr>
          <w:color w:val="000000" w:themeColor="text1"/>
          <w:sz w:val="24"/>
          <w:szCs w:val="24"/>
        </w:rPr>
        <w:t xml:space="preserve"> de </w:t>
      </w:r>
      <w:proofErr w:type="spellStart"/>
      <w:r w:rsidRPr="00D4469C">
        <w:rPr>
          <w:color w:val="000000" w:themeColor="text1"/>
          <w:sz w:val="24"/>
          <w:szCs w:val="24"/>
        </w:rPr>
        <w:t>entrevista</w:t>
      </w:r>
      <w:proofErr w:type="spellEnd"/>
      <w:r w:rsidRPr="00D4469C">
        <w:rPr>
          <w:color w:val="000000" w:themeColor="text1"/>
          <w:sz w:val="24"/>
          <w:szCs w:val="24"/>
        </w:rPr>
        <w:t xml:space="preserve"> y </w:t>
      </w:r>
      <w:proofErr w:type="spellStart"/>
      <w:r w:rsidRPr="00D4469C">
        <w:rPr>
          <w:color w:val="000000" w:themeColor="text1"/>
          <w:sz w:val="24"/>
          <w:szCs w:val="24"/>
        </w:rPr>
        <w:t>transcripciones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por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nivel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educativo</w:t>
      </w:r>
      <w:proofErr w:type="spellEnd"/>
      <w:r w:rsidRPr="00D4469C">
        <w:rPr>
          <w:color w:val="000000" w:themeColor="text1"/>
          <w:sz w:val="24"/>
          <w:szCs w:val="24"/>
        </w:rPr>
        <w:t>.</w:t>
      </w:r>
    </w:p>
    <w:p w14:paraId="56162FE2" w14:textId="77777777" w:rsidR="00BD650E" w:rsidRPr="00D4469C" w:rsidRDefault="00000000">
      <w:pPr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Propósito</w:t>
      </w:r>
      <w:proofErr w:type="spellEnd"/>
      <w:r w:rsidRPr="00D4469C">
        <w:rPr>
          <w:color w:val="000000" w:themeColor="text1"/>
          <w:sz w:val="24"/>
          <w:szCs w:val="24"/>
        </w:rPr>
        <w:t xml:space="preserve">: </w:t>
      </w:r>
      <w:proofErr w:type="spellStart"/>
      <w:r w:rsidRPr="00D4469C">
        <w:rPr>
          <w:color w:val="000000" w:themeColor="text1"/>
          <w:sz w:val="24"/>
          <w:szCs w:val="24"/>
        </w:rPr>
        <w:t>facilitar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transparencia</w:t>
      </w:r>
      <w:proofErr w:type="spellEnd"/>
      <w:r w:rsidRPr="00D4469C">
        <w:rPr>
          <w:color w:val="000000" w:themeColor="text1"/>
          <w:sz w:val="24"/>
          <w:szCs w:val="24"/>
        </w:rPr>
        <w:t xml:space="preserve">, </w:t>
      </w:r>
      <w:proofErr w:type="spellStart"/>
      <w:r w:rsidRPr="00D4469C">
        <w:rPr>
          <w:color w:val="000000" w:themeColor="text1"/>
          <w:sz w:val="24"/>
          <w:szCs w:val="24"/>
        </w:rPr>
        <w:t>trazabilidad</w:t>
      </w:r>
      <w:proofErr w:type="spellEnd"/>
      <w:r w:rsidRPr="00D4469C">
        <w:rPr>
          <w:color w:val="000000" w:themeColor="text1"/>
          <w:sz w:val="24"/>
          <w:szCs w:val="24"/>
        </w:rPr>
        <w:t xml:space="preserve"> y </w:t>
      </w:r>
      <w:proofErr w:type="spellStart"/>
      <w:r w:rsidRPr="00D4469C">
        <w:rPr>
          <w:color w:val="000000" w:themeColor="text1"/>
          <w:sz w:val="24"/>
          <w:szCs w:val="24"/>
        </w:rPr>
        <w:t>replicabilidad</w:t>
      </w:r>
      <w:proofErr w:type="spellEnd"/>
      <w:r w:rsidRPr="00D4469C">
        <w:rPr>
          <w:color w:val="000000" w:themeColor="text1"/>
          <w:sz w:val="24"/>
          <w:szCs w:val="24"/>
        </w:rPr>
        <w:t xml:space="preserve"> del </w:t>
      </w:r>
      <w:proofErr w:type="spellStart"/>
      <w:r w:rsidRPr="00D4469C">
        <w:rPr>
          <w:color w:val="000000" w:themeColor="text1"/>
          <w:sz w:val="24"/>
          <w:szCs w:val="24"/>
        </w:rPr>
        <w:t>análisis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temático</w:t>
      </w:r>
      <w:proofErr w:type="spellEnd"/>
      <w:r w:rsidRPr="00D4469C">
        <w:rPr>
          <w:color w:val="000000" w:themeColor="text1"/>
          <w:sz w:val="24"/>
          <w:szCs w:val="24"/>
        </w:rPr>
        <w:t xml:space="preserve"> de </w:t>
      </w:r>
      <w:proofErr w:type="spellStart"/>
      <w:r w:rsidRPr="00D4469C">
        <w:rPr>
          <w:color w:val="000000" w:themeColor="text1"/>
          <w:sz w:val="24"/>
          <w:szCs w:val="24"/>
        </w:rPr>
        <w:t>entrevistas</w:t>
      </w:r>
      <w:proofErr w:type="spellEnd"/>
      <w:r w:rsidRPr="00D4469C">
        <w:rPr>
          <w:color w:val="000000" w:themeColor="text1"/>
          <w:sz w:val="24"/>
          <w:szCs w:val="24"/>
        </w:rPr>
        <w:t>.</w:t>
      </w:r>
    </w:p>
    <w:p w14:paraId="2C37DC53" w14:textId="77777777" w:rsidR="00BD650E" w:rsidRPr="00D4469C" w:rsidRDefault="00000000">
      <w:pPr>
        <w:pStyle w:val="Ttulo2"/>
        <w:rPr>
          <w:color w:val="000000" w:themeColor="text1"/>
          <w:sz w:val="24"/>
          <w:szCs w:val="24"/>
        </w:rPr>
      </w:pPr>
      <w:r w:rsidRPr="00D4469C">
        <w:rPr>
          <w:color w:val="000000" w:themeColor="text1"/>
          <w:sz w:val="24"/>
          <w:szCs w:val="24"/>
        </w:rPr>
        <w:t xml:space="preserve">Reglas de </w:t>
      </w:r>
      <w:proofErr w:type="spellStart"/>
      <w:r w:rsidRPr="00D4469C">
        <w:rPr>
          <w:color w:val="000000" w:themeColor="text1"/>
          <w:sz w:val="24"/>
          <w:szCs w:val="24"/>
        </w:rPr>
        <w:t>codificación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resumen</w:t>
      </w:r>
      <w:proofErr w:type="spellEnd"/>
      <w:r w:rsidRPr="00D4469C">
        <w:rPr>
          <w:color w:val="000000" w:themeColor="text1"/>
          <w:sz w:val="24"/>
          <w:szCs w:val="24"/>
        </w:rPr>
        <w:t>):</w:t>
      </w:r>
    </w:p>
    <w:p w14:paraId="760C3337" w14:textId="77777777" w:rsidR="00BD650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Unidad de </w:t>
      </w:r>
      <w:proofErr w:type="spellStart"/>
      <w:r w:rsidRPr="00D4469C">
        <w:rPr>
          <w:color w:val="000000" w:themeColor="text1"/>
          <w:sz w:val="24"/>
          <w:szCs w:val="24"/>
        </w:rPr>
        <w:t>codificación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: </w:t>
      </w:r>
      <w:proofErr w:type="spellStart"/>
      <w:r w:rsidRPr="00D4469C">
        <w:rPr>
          <w:color w:val="000000" w:themeColor="text1"/>
          <w:sz w:val="24"/>
          <w:szCs w:val="24"/>
        </w:rPr>
        <w:t>unidad</w:t>
      </w:r>
      <w:proofErr w:type="spellEnd"/>
      <w:r w:rsidRPr="00D4469C">
        <w:rPr>
          <w:color w:val="000000" w:themeColor="text1"/>
          <w:sz w:val="24"/>
          <w:szCs w:val="24"/>
        </w:rPr>
        <w:t xml:space="preserve"> de </w:t>
      </w:r>
      <w:proofErr w:type="spellStart"/>
      <w:r w:rsidRPr="00D4469C">
        <w:rPr>
          <w:color w:val="000000" w:themeColor="text1"/>
          <w:sz w:val="24"/>
          <w:szCs w:val="24"/>
        </w:rPr>
        <w:t>significado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frase</w:t>
      </w:r>
      <w:proofErr w:type="spellEnd"/>
      <w:r w:rsidRPr="00D4469C">
        <w:rPr>
          <w:color w:val="000000" w:themeColor="text1"/>
          <w:sz w:val="24"/>
          <w:szCs w:val="24"/>
        </w:rPr>
        <w:t>/</w:t>
      </w:r>
      <w:proofErr w:type="spellStart"/>
      <w:r w:rsidRPr="00D4469C">
        <w:rPr>
          <w:color w:val="000000" w:themeColor="text1"/>
          <w:sz w:val="24"/>
          <w:szCs w:val="24"/>
        </w:rPr>
        <w:t>oración</w:t>
      </w:r>
      <w:proofErr w:type="spellEnd"/>
      <w:r w:rsidRPr="00D4469C">
        <w:rPr>
          <w:color w:val="000000" w:themeColor="text1"/>
          <w:sz w:val="24"/>
          <w:szCs w:val="24"/>
        </w:rPr>
        <w:t>/</w:t>
      </w:r>
      <w:proofErr w:type="spellStart"/>
      <w:r w:rsidRPr="00D4469C">
        <w:rPr>
          <w:color w:val="000000" w:themeColor="text1"/>
          <w:sz w:val="24"/>
          <w:szCs w:val="24"/>
        </w:rPr>
        <w:t>turno</w:t>
      </w:r>
      <w:proofErr w:type="spellEnd"/>
      <w:r w:rsidRPr="00D4469C">
        <w:rPr>
          <w:color w:val="000000" w:themeColor="text1"/>
          <w:sz w:val="24"/>
          <w:szCs w:val="24"/>
        </w:rPr>
        <w:t xml:space="preserve">) </w:t>
      </w:r>
      <w:proofErr w:type="spellStart"/>
      <w:r w:rsidRPr="00D4469C">
        <w:rPr>
          <w:color w:val="000000" w:themeColor="text1"/>
          <w:sz w:val="24"/>
          <w:szCs w:val="24"/>
        </w:rPr>
        <w:t>que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expresa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una</w:t>
      </w:r>
      <w:proofErr w:type="spellEnd"/>
      <w:r w:rsidRPr="00D4469C">
        <w:rPr>
          <w:color w:val="000000" w:themeColor="text1"/>
          <w:sz w:val="24"/>
          <w:szCs w:val="24"/>
        </w:rPr>
        <w:t xml:space="preserve"> idea completa.</w:t>
      </w:r>
    </w:p>
    <w:p w14:paraId="4D15C7BB" w14:textId="77777777" w:rsidR="00BD650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Se </w:t>
      </w:r>
      <w:proofErr w:type="spellStart"/>
      <w:r w:rsidRPr="00D4469C">
        <w:rPr>
          <w:color w:val="000000" w:themeColor="text1"/>
          <w:sz w:val="24"/>
          <w:szCs w:val="24"/>
        </w:rPr>
        <w:t>permite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codificación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múltiple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cuando</w:t>
      </w:r>
      <w:proofErr w:type="spellEnd"/>
      <w:r w:rsidRPr="00D4469C">
        <w:rPr>
          <w:color w:val="000000" w:themeColor="text1"/>
          <w:sz w:val="24"/>
          <w:szCs w:val="24"/>
        </w:rPr>
        <w:t xml:space="preserve"> un </w:t>
      </w:r>
      <w:proofErr w:type="spellStart"/>
      <w:r w:rsidRPr="00D4469C">
        <w:rPr>
          <w:color w:val="000000" w:themeColor="text1"/>
          <w:sz w:val="24"/>
          <w:szCs w:val="24"/>
        </w:rPr>
        <w:t>segmento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refiera</w:t>
      </w:r>
      <w:proofErr w:type="spellEnd"/>
      <w:r w:rsidRPr="00D4469C">
        <w:rPr>
          <w:color w:val="000000" w:themeColor="text1"/>
          <w:sz w:val="24"/>
          <w:szCs w:val="24"/>
        </w:rPr>
        <w:t xml:space="preserve"> a </w:t>
      </w:r>
      <w:proofErr w:type="spellStart"/>
      <w:r w:rsidRPr="00D4469C">
        <w:rPr>
          <w:color w:val="000000" w:themeColor="text1"/>
          <w:sz w:val="24"/>
          <w:szCs w:val="24"/>
        </w:rPr>
        <w:t>más</w:t>
      </w:r>
      <w:proofErr w:type="spellEnd"/>
      <w:r w:rsidRPr="00D4469C">
        <w:rPr>
          <w:color w:val="000000" w:themeColor="text1"/>
          <w:sz w:val="24"/>
          <w:szCs w:val="24"/>
        </w:rPr>
        <w:t xml:space="preserve"> de un </w:t>
      </w:r>
      <w:proofErr w:type="spellStart"/>
      <w:r w:rsidRPr="00D4469C">
        <w:rPr>
          <w:color w:val="000000" w:themeColor="text1"/>
          <w:sz w:val="24"/>
          <w:szCs w:val="24"/>
        </w:rPr>
        <w:t>tema</w:t>
      </w:r>
      <w:proofErr w:type="spellEnd"/>
      <w:r w:rsidRPr="00D4469C">
        <w:rPr>
          <w:color w:val="000000" w:themeColor="text1"/>
          <w:sz w:val="24"/>
          <w:szCs w:val="24"/>
        </w:rPr>
        <w:t>.</w:t>
      </w:r>
    </w:p>
    <w:p w14:paraId="579C296C" w14:textId="77777777" w:rsidR="00BD650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Registrar memos </w:t>
      </w:r>
      <w:proofErr w:type="spellStart"/>
      <w:r w:rsidRPr="00D4469C">
        <w:rPr>
          <w:color w:val="000000" w:themeColor="text1"/>
          <w:sz w:val="24"/>
          <w:szCs w:val="24"/>
        </w:rPr>
        <w:t>analíticos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cuando</w:t>
      </w:r>
      <w:proofErr w:type="spellEnd"/>
      <w:r w:rsidRPr="00D4469C">
        <w:rPr>
          <w:color w:val="000000" w:themeColor="text1"/>
          <w:sz w:val="24"/>
          <w:szCs w:val="24"/>
        </w:rPr>
        <w:t xml:space="preserve"> un </w:t>
      </w:r>
      <w:proofErr w:type="spellStart"/>
      <w:r w:rsidRPr="00D4469C">
        <w:rPr>
          <w:color w:val="000000" w:themeColor="text1"/>
          <w:sz w:val="24"/>
          <w:szCs w:val="24"/>
        </w:rPr>
        <w:t>segmento</w:t>
      </w:r>
      <w:proofErr w:type="spellEnd"/>
      <w:r w:rsidRPr="00D4469C">
        <w:rPr>
          <w:color w:val="000000" w:themeColor="text1"/>
          <w:sz w:val="24"/>
          <w:szCs w:val="24"/>
        </w:rPr>
        <w:t xml:space="preserve"> sea </w:t>
      </w:r>
      <w:proofErr w:type="spellStart"/>
      <w:r w:rsidRPr="00D4469C">
        <w:rPr>
          <w:color w:val="000000" w:themeColor="text1"/>
          <w:sz w:val="24"/>
          <w:szCs w:val="24"/>
        </w:rPr>
        <w:t>ambiguo</w:t>
      </w:r>
      <w:proofErr w:type="spellEnd"/>
      <w:r w:rsidRPr="00D4469C">
        <w:rPr>
          <w:color w:val="000000" w:themeColor="text1"/>
          <w:sz w:val="24"/>
          <w:szCs w:val="24"/>
        </w:rPr>
        <w:t xml:space="preserve"> o </w:t>
      </w:r>
      <w:proofErr w:type="spellStart"/>
      <w:r w:rsidRPr="00D4469C">
        <w:rPr>
          <w:color w:val="000000" w:themeColor="text1"/>
          <w:sz w:val="24"/>
          <w:szCs w:val="24"/>
        </w:rPr>
        <w:t>requiera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contexto</w:t>
      </w:r>
      <w:proofErr w:type="spellEnd"/>
      <w:r w:rsidRPr="00D4469C">
        <w:rPr>
          <w:color w:val="000000" w:themeColor="text1"/>
          <w:sz w:val="24"/>
          <w:szCs w:val="24"/>
        </w:rPr>
        <w:t>.</w:t>
      </w:r>
    </w:p>
    <w:p w14:paraId="1CEE01EF" w14:textId="77777777" w:rsidR="00BD650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Códigos</w:t>
      </w:r>
      <w:proofErr w:type="spellEnd"/>
      <w:r w:rsidRPr="00D4469C">
        <w:rPr>
          <w:color w:val="000000" w:themeColor="text1"/>
          <w:sz w:val="24"/>
          <w:szCs w:val="24"/>
        </w:rPr>
        <w:t xml:space="preserve"> de </w:t>
      </w:r>
      <w:proofErr w:type="spellStart"/>
      <w:r w:rsidRPr="00D4469C">
        <w:rPr>
          <w:color w:val="000000" w:themeColor="text1"/>
          <w:sz w:val="24"/>
          <w:szCs w:val="24"/>
        </w:rPr>
        <w:t>perfil</w:t>
      </w:r>
      <w:proofErr w:type="spellEnd"/>
      <w:r w:rsidRPr="00D4469C">
        <w:rPr>
          <w:color w:val="000000" w:themeColor="text1"/>
          <w:sz w:val="24"/>
          <w:szCs w:val="24"/>
        </w:rPr>
        <w:t xml:space="preserve">: </w:t>
      </w:r>
      <w:proofErr w:type="spellStart"/>
      <w:r w:rsidRPr="00D4469C">
        <w:rPr>
          <w:color w:val="000000" w:themeColor="text1"/>
          <w:sz w:val="24"/>
          <w:szCs w:val="24"/>
        </w:rPr>
        <w:t>aplicar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una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vez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por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entrevista</w:t>
      </w:r>
      <w:proofErr w:type="spellEnd"/>
      <w:r w:rsidRPr="00D4469C">
        <w:rPr>
          <w:color w:val="000000" w:themeColor="text1"/>
          <w:sz w:val="24"/>
          <w:szCs w:val="24"/>
        </w:rPr>
        <w:t xml:space="preserve"> (cabecera del </w:t>
      </w:r>
      <w:proofErr w:type="spellStart"/>
      <w:r w:rsidRPr="00D4469C">
        <w:rPr>
          <w:color w:val="000000" w:themeColor="text1"/>
          <w:sz w:val="24"/>
          <w:szCs w:val="24"/>
        </w:rPr>
        <w:t>caso</w:t>
      </w:r>
      <w:proofErr w:type="spellEnd"/>
      <w:r w:rsidRPr="00D4469C">
        <w:rPr>
          <w:color w:val="000000" w:themeColor="text1"/>
          <w:sz w:val="24"/>
          <w:szCs w:val="24"/>
        </w:rPr>
        <w:t>).</w:t>
      </w:r>
    </w:p>
    <w:p w14:paraId="71CCDE4D" w14:textId="77777777" w:rsidR="00BD650E" w:rsidRPr="00D4469C" w:rsidRDefault="00000000">
      <w:pPr>
        <w:pStyle w:val="Ttulo2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Tabla</w:t>
      </w:r>
      <w:proofErr w:type="spellEnd"/>
      <w:r w:rsidRPr="00D4469C">
        <w:rPr>
          <w:color w:val="000000" w:themeColor="text1"/>
          <w:sz w:val="24"/>
          <w:szCs w:val="24"/>
        </w:rPr>
        <w:t xml:space="preserve"> S1A-1. Libro de </w:t>
      </w:r>
      <w:proofErr w:type="spellStart"/>
      <w:r w:rsidRPr="00D4469C">
        <w:rPr>
          <w:color w:val="000000" w:themeColor="text1"/>
          <w:sz w:val="24"/>
          <w:szCs w:val="24"/>
        </w:rPr>
        <w:t>códigos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expandido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tema</w:t>
      </w:r>
      <w:proofErr w:type="spellEnd"/>
      <w:r w:rsidRPr="00D4469C">
        <w:rPr>
          <w:color w:val="000000" w:themeColor="text1"/>
          <w:sz w:val="24"/>
          <w:szCs w:val="24"/>
        </w:rPr>
        <w:t xml:space="preserve"> axial, </w:t>
      </w:r>
      <w:proofErr w:type="spellStart"/>
      <w:r w:rsidRPr="00D4469C">
        <w:rPr>
          <w:color w:val="000000" w:themeColor="text1"/>
          <w:sz w:val="24"/>
          <w:szCs w:val="24"/>
        </w:rPr>
        <w:t>subtema</w:t>
      </w:r>
      <w:proofErr w:type="spellEnd"/>
      <w:r w:rsidRPr="00D4469C">
        <w:rPr>
          <w:color w:val="000000" w:themeColor="text1"/>
          <w:sz w:val="24"/>
          <w:szCs w:val="24"/>
        </w:rPr>
        <w:t xml:space="preserve">, </w:t>
      </w:r>
      <w:proofErr w:type="spellStart"/>
      <w:r w:rsidRPr="00D4469C">
        <w:rPr>
          <w:color w:val="000000" w:themeColor="text1"/>
          <w:sz w:val="24"/>
          <w:szCs w:val="24"/>
        </w:rPr>
        <w:t>definiciones</w:t>
      </w:r>
      <w:proofErr w:type="spellEnd"/>
      <w:r w:rsidRPr="00D4469C">
        <w:rPr>
          <w:color w:val="000000" w:themeColor="text1"/>
          <w:sz w:val="24"/>
          <w:szCs w:val="24"/>
        </w:rPr>
        <w:t xml:space="preserve"> y </w:t>
      </w:r>
      <w:proofErr w:type="spellStart"/>
      <w:r w:rsidRPr="00D4469C">
        <w:rPr>
          <w:color w:val="000000" w:themeColor="text1"/>
          <w:sz w:val="24"/>
          <w:szCs w:val="24"/>
        </w:rPr>
        <w:t>ejemplos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por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nivel</w:t>
      </w:r>
      <w:proofErr w:type="spellEnd"/>
      <w:r w:rsidRPr="00D4469C">
        <w:rPr>
          <w:color w:val="000000" w:themeColor="text1"/>
          <w:sz w:val="24"/>
          <w:szCs w:val="24"/>
        </w:rPr>
        <w:t>).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12"/>
        <w:gridCol w:w="1220"/>
        <w:gridCol w:w="1150"/>
        <w:gridCol w:w="1565"/>
        <w:gridCol w:w="2315"/>
        <w:gridCol w:w="1402"/>
        <w:gridCol w:w="2272"/>
        <w:gridCol w:w="865"/>
        <w:gridCol w:w="826"/>
        <w:gridCol w:w="885"/>
        <w:gridCol w:w="818"/>
      </w:tblGrid>
      <w:tr w:rsidR="00D4469C" w:rsidRPr="00CF2E48" w14:paraId="30CD3E20" w14:textId="77777777" w:rsidTr="00E6447A">
        <w:trPr>
          <w:jc w:val="center"/>
        </w:trPr>
        <w:tc>
          <w:tcPr>
            <w:tcW w:w="826" w:type="dxa"/>
            <w:shd w:val="clear" w:color="auto" w:fill="EDEDED"/>
          </w:tcPr>
          <w:p w14:paraId="5B791DD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Tema axial</w:t>
            </w:r>
          </w:p>
        </w:tc>
        <w:tc>
          <w:tcPr>
            <w:tcW w:w="1240" w:type="dxa"/>
            <w:shd w:val="clear" w:color="auto" w:fill="EDEDED"/>
          </w:tcPr>
          <w:p w14:paraId="5079BFB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Subtema</w:t>
            </w:r>
            <w:proofErr w:type="spellEnd"/>
          </w:p>
        </w:tc>
        <w:tc>
          <w:tcPr>
            <w:tcW w:w="1168" w:type="dxa"/>
            <w:shd w:val="clear" w:color="auto" w:fill="EDEDED"/>
          </w:tcPr>
          <w:p w14:paraId="69BC41F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ID</w:t>
            </w:r>
          </w:p>
        </w:tc>
        <w:tc>
          <w:tcPr>
            <w:tcW w:w="843" w:type="dxa"/>
            <w:shd w:val="clear" w:color="auto" w:fill="EDEDED"/>
          </w:tcPr>
          <w:p w14:paraId="763C92C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Código</w:t>
            </w:r>
          </w:p>
        </w:tc>
        <w:tc>
          <w:tcPr>
            <w:tcW w:w="3103" w:type="dxa"/>
            <w:shd w:val="clear" w:color="auto" w:fill="EDEDED"/>
          </w:tcPr>
          <w:p w14:paraId="0CD8A10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Definición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operativa</w:t>
            </w:r>
            <w:proofErr w:type="spellEnd"/>
          </w:p>
        </w:tc>
        <w:tc>
          <w:tcPr>
            <w:tcW w:w="1424" w:type="dxa"/>
            <w:shd w:val="clear" w:color="auto" w:fill="EDEDED"/>
          </w:tcPr>
          <w:p w14:paraId="6DA6929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Reglas (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311" w:type="dxa"/>
            <w:shd w:val="clear" w:color="auto" w:fill="EDEDED"/>
          </w:tcPr>
          <w:p w14:paraId="2A5266C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Nota del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analista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(memo)</w:t>
            </w:r>
          </w:p>
        </w:tc>
        <w:tc>
          <w:tcPr>
            <w:tcW w:w="877" w:type="dxa"/>
            <w:shd w:val="clear" w:color="auto" w:fill="EDEDED"/>
          </w:tcPr>
          <w:p w14:paraId="363E85F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Primaria</w:t>
            </w:r>
          </w:p>
        </w:tc>
        <w:tc>
          <w:tcPr>
            <w:tcW w:w="837" w:type="dxa"/>
            <w:shd w:val="clear" w:color="auto" w:fill="EDEDED"/>
          </w:tcPr>
          <w:p w14:paraId="17A51C4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Secundaria</w:t>
            </w:r>
            <w:proofErr w:type="spellEnd"/>
          </w:p>
        </w:tc>
        <w:tc>
          <w:tcPr>
            <w:tcW w:w="898" w:type="dxa"/>
            <w:shd w:val="clear" w:color="auto" w:fill="EDEDED"/>
          </w:tcPr>
          <w:p w14:paraId="3439E22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Bachillerato</w:t>
            </w:r>
            <w:proofErr w:type="spellEnd"/>
          </w:p>
        </w:tc>
        <w:tc>
          <w:tcPr>
            <w:tcW w:w="829" w:type="dxa"/>
            <w:shd w:val="clear" w:color="auto" w:fill="EDEDED"/>
          </w:tcPr>
          <w:p w14:paraId="2BA695C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Licenciatura</w:t>
            </w:r>
            <w:proofErr w:type="spellEnd"/>
          </w:p>
        </w:tc>
      </w:tr>
      <w:tr w:rsidR="00D4469C" w:rsidRPr="00CF2E48" w14:paraId="0484F562" w14:textId="77777777" w:rsidTr="00E6447A">
        <w:trPr>
          <w:jc w:val="center"/>
        </w:trPr>
        <w:tc>
          <w:tcPr>
            <w:tcW w:w="826" w:type="dxa"/>
          </w:tcPr>
          <w:p w14:paraId="4CD5200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Perfil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antecedentes</w:t>
            </w:r>
            <w:proofErr w:type="spellEnd"/>
          </w:p>
        </w:tc>
        <w:tc>
          <w:tcPr>
            <w:tcW w:w="1240" w:type="dxa"/>
          </w:tcPr>
          <w:p w14:paraId="273979B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Contexto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entrevistado</w:t>
            </w:r>
            <w:proofErr w:type="spellEnd"/>
          </w:p>
        </w:tc>
        <w:tc>
          <w:tcPr>
            <w:tcW w:w="1168" w:type="dxa"/>
          </w:tcPr>
          <w:p w14:paraId="62FE3F09" w14:textId="77777777" w:rsidR="00BD650E" w:rsidRPr="00CF2E48" w:rsidRDefault="00000000" w:rsidP="00E6447A">
            <w:pPr>
              <w:ind w:right="126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PERF_NIVEL</w:t>
            </w:r>
          </w:p>
        </w:tc>
        <w:tc>
          <w:tcPr>
            <w:tcW w:w="843" w:type="dxa"/>
          </w:tcPr>
          <w:p w14:paraId="4EC51DE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Nivel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educativo</w:t>
            </w:r>
            <w:proofErr w:type="spellEnd"/>
          </w:p>
        </w:tc>
        <w:tc>
          <w:tcPr>
            <w:tcW w:w="3103" w:type="dxa"/>
          </w:tcPr>
          <w:p w14:paraId="7B18F46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Nivel educativo reportado (primaria/secundaria/bachillerato/licenciatura).</w:t>
            </w:r>
          </w:p>
        </w:tc>
        <w:tc>
          <w:tcPr>
            <w:tcW w:w="1424" w:type="dxa"/>
          </w:tcPr>
          <w:p w14:paraId="0764997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Cuando la persona declara explícitamente su nivel o se infiere por el grupo entrevistado.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describir intereses, aprendizajes o actividades del evento.</w:t>
            </w:r>
          </w:p>
        </w:tc>
        <w:tc>
          <w:tcPr>
            <w:tcW w:w="2311" w:type="dxa"/>
          </w:tcPr>
          <w:p w14:paraId="39611F4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Aplicar una vez por entrevista. Si no se declara, asignar por archivo/nivel del grupo.</w:t>
            </w:r>
          </w:p>
        </w:tc>
        <w:tc>
          <w:tcPr>
            <w:tcW w:w="877" w:type="dxa"/>
          </w:tcPr>
          <w:p w14:paraId="5DFAFDC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_tradnl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Qué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6447A"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estudiando</w:t>
            </w:r>
            <w:proofErr w:type="spellEnd"/>
            <w:r w:rsidR="00E6447A"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Primaria</w:t>
            </w:r>
          </w:p>
        </w:tc>
        <w:tc>
          <w:tcPr>
            <w:tcW w:w="837" w:type="dxa"/>
          </w:tcPr>
          <w:p w14:paraId="00E7951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¿Qué estás estudiando?: primero de secundaria</w:t>
            </w:r>
          </w:p>
        </w:tc>
        <w:tc>
          <w:tcPr>
            <w:tcW w:w="898" w:type="dxa"/>
          </w:tcPr>
          <w:p w14:paraId="4F4F513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Qué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estudiando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preparatoria</w:t>
            </w:r>
            <w:proofErr w:type="spellEnd"/>
          </w:p>
        </w:tc>
        <w:tc>
          <w:tcPr>
            <w:tcW w:w="829" w:type="dxa"/>
          </w:tcPr>
          <w:p w14:paraId="30ECB91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Qué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estudiando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Universidad</w:t>
            </w:r>
          </w:p>
        </w:tc>
      </w:tr>
      <w:tr w:rsidR="00D4469C" w:rsidRPr="00CF2E48" w14:paraId="49A4A239" w14:textId="77777777" w:rsidTr="00E6447A">
        <w:trPr>
          <w:jc w:val="center"/>
        </w:trPr>
        <w:tc>
          <w:tcPr>
            <w:tcW w:w="826" w:type="dxa"/>
          </w:tcPr>
          <w:p w14:paraId="7BC65E2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Perfil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antecedentes</w:t>
            </w:r>
            <w:proofErr w:type="spellEnd"/>
          </w:p>
        </w:tc>
        <w:tc>
          <w:tcPr>
            <w:tcW w:w="1240" w:type="dxa"/>
          </w:tcPr>
          <w:p w14:paraId="04170F2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previa</w:t>
            </w:r>
          </w:p>
        </w:tc>
        <w:tc>
          <w:tcPr>
            <w:tcW w:w="1168" w:type="dxa"/>
          </w:tcPr>
          <w:p w14:paraId="03AD374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PERF_PREV_EVENTO</w:t>
            </w:r>
          </w:p>
        </w:tc>
        <w:tc>
          <w:tcPr>
            <w:tcW w:w="843" w:type="dxa"/>
          </w:tcPr>
          <w:p w14:paraId="272EEFD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Asistencia previa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divulgación</w:t>
            </w:r>
            <w:proofErr w:type="spellEnd"/>
          </w:p>
        </w:tc>
        <w:tc>
          <w:tcPr>
            <w:tcW w:w="3103" w:type="dxa"/>
          </w:tcPr>
          <w:p w14:paraId="4EB402C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si había asistido antes a eventos similares y/o describe cuál.</w:t>
            </w:r>
          </w:p>
        </w:tc>
        <w:tc>
          <w:tcPr>
            <w:tcW w:w="1424" w:type="dxa"/>
          </w:tcPr>
          <w:p w14:paraId="6ADAF61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Incluir: Declaraciones tipo “sí/no” + mención de otros eventos,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ferias o actividades de ciencia.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describir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vivencias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actual.</w:t>
            </w:r>
          </w:p>
        </w:tc>
        <w:tc>
          <w:tcPr>
            <w:tcW w:w="2311" w:type="dxa"/>
          </w:tcPr>
          <w:p w14:paraId="6D20995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Registrar ‘sí’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/‘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no’ y, si aparece, el tipo de evento previo (feria, museo, planetario, etc.).</w:t>
            </w:r>
          </w:p>
        </w:tc>
        <w:tc>
          <w:tcPr>
            <w:tcW w:w="877" w:type="dxa"/>
          </w:tcPr>
          <w:p w14:paraId="16A8751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¿Habías asistido a algún evento similar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de divulgación científica?: No, la primera vez</w:t>
            </w:r>
          </w:p>
        </w:tc>
        <w:tc>
          <w:tcPr>
            <w:tcW w:w="837" w:type="dxa"/>
          </w:tcPr>
          <w:p w14:paraId="57A14B1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¿Cómo fue tu experiencia en el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evento de Puerta Politécnica?:   Pues fue para mí, fue muy divertida porque nunca había asistido a un evento así.</w:t>
            </w:r>
          </w:p>
        </w:tc>
        <w:tc>
          <w:tcPr>
            <w:tcW w:w="898" w:type="dxa"/>
          </w:tcPr>
          <w:p w14:paraId="61C9EF9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¿Cómo compararías tu conocimiento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de astronomía antes y después del evento?: mejoró un poco, porque me recordó cosas que ya había olvidado.</w:t>
            </w:r>
          </w:p>
        </w:tc>
        <w:tc>
          <w:tcPr>
            <w:tcW w:w="829" w:type="dxa"/>
          </w:tcPr>
          <w:p w14:paraId="1AF87B7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¿Habías asistido a algún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evento similar de divulgación científica?: no, la primera vez</w:t>
            </w:r>
          </w:p>
        </w:tc>
      </w:tr>
      <w:tr w:rsidR="00D4469C" w:rsidRPr="00CF2E48" w14:paraId="76C3D8D8" w14:textId="77777777" w:rsidTr="00E6447A">
        <w:trPr>
          <w:jc w:val="center"/>
        </w:trPr>
        <w:tc>
          <w:tcPr>
            <w:tcW w:w="826" w:type="dxa"/>
          </w:tcPr>
          <w:p w14:paraId="4BF04E6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Perfil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antecedentes</w:t>
            </w:r>
            <w:proofErr w:type="spellEnd"/>
          </w:p>
        </w:tc>
        <w:tc>
          <w:tcPr>
            <w:tcW w:w="1240" w:type="dxa"/>
          </w:tcPr>
          <w:p w14:paraId="5CFDB71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Ocupación</w:t>
            </w:r>
            <w:proofErr w:type="spellEnd"/>
          </w:p>
        </w:tc>
        <w:tc>
          <w:tcPr>
            <w:tcW w:w="1168" w:type="dxa"/>
          </w:tcPr>
          <w:p w14:paraId="0C66B59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PERF_OCUP</w:t>
            </w:r>
          </w:p>
        </w:tc>
        <w:tc>
          <w:tcPr>
            <w:tcW w:w="843" w:type="dxa"/>
          </w:tcPr>
          <w:p w14:paraId="5B523F5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Ocupación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adicional</w:t>
            </w:r>
            <w:proofErr w:type="spellEnd"/>
          </w:p>
        </w:tc>
        <w:tc>
          <w:tcPr>
            <w:tcW w:w="3103" w:type="dxa"/>
          </w:tcPr>
          <w:p w14:paraId="7D540D3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trabajo u otra actividad además de estudiar.</w:t>
            </w:r>
          </w:p>
        </w:tc>
        <w:tc>
          <w:tcPr>
            <w:tcW w:w="1424" w:type="dxa"/>
          </w:tcPr>
          <w:p w14:paraId="1C8C14C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Cuando refiera empleo o actividades regulares fuera de la escuela (trabajo, negocio familiar).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actividades del evento (talleres, planetario, etc.).</w:t>
            </w:r>
          </w:p>
        </w:tc>
        <w:tc>
          <w:tcPr>
            <w:tcW w:w="2311" w:type="dxa"/>
          </w:tcPr>
          <w:p w14:paraId="450604A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Útil para interpretar tiempo disponible y barreras (p. ej., ‘no tengo tiempo’).</w:t>
            </w:r>
          </w:p>
        </w:tc>
        <w:tc>
          <w:tcPr>
            <w:tcW w:w="877" w:type="dxa"/>
          </w:tcPr>
          <w:p w14:paraId="12EDB69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4482879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O sea, sí, en este plan estuvo muy bien el trabajo que hicieron.</w:t>
            </w:r>
          </w:p>
        </w:tc>
        <w:tc>
          <w:tcPr>
            <w:tcW w:w="898" w:type="dxa"/>
          </w:tcPr>
          <w:p w14:paraId="5E9953D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¿Tienes alguna ocupación aparte de ser estudiante?: Si trabajo en una taquería en las noches.</w:t>
            </w:r>
          </w:p>
        </w:tc>
        <w:tc>
          <w:tcPr>
            <w:tcW w:w="829" w:type="dxa"/>
          </w:tcPr>
          <w:p w14:paraId="3B318B9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¿Tienes alguna ocupación aparte de ser estudiante?: trabajo los fines de semana</w:t>
            </w:r>
          </w:p>
        </w:tc>
      </w:tr>
      <w:tr w:rsidR="00D4469C" w:rsidRPr="00CF2E48" w14:paraId="41341026" w14:textId="77777777" w:rsidTr="00E6447A">
        <w:trPr>
          <w:jc w:val="center"/>
        </w:trPr>
        <w:tc>
          <w:tcPr>
            <w:tcW w:w="826" w:type="dxa"/>
          </w:tcPr>
          <w:p w14:paraId="5262C5E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324E733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clave</w:t>
            </w:r>
          </w:p>
        </w:tc>
        <w:tc>
          <w:tcPr>
            <w:tcW w:w="1168" w:type="dxa"/>
          </w:tcPr>
          <w:p w14:paraId="06A64E4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ACT_PLAN</w:t>
            </w:r>
          </w:p>
        </w:tc>
        <w:tc>
          <w:tcPr>
            <w:tcW w:w="843" w:type="dxa"/>
          </w:tcPr>
          <w:p w14:paraId="3516096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/domo</w:t>
            </w:r>
          </w:p>
        </w:tc>
        <w:tc>
          <w:tcPr>
            <w:tcW w:w="3103" w:type="dxa"/>
          </w:tcPr>
          <w:p w14:paraId="2974A2A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Participación o referencia al planetario/domo inflable.</w:t>
            </w:r>
          </w:p>
        </w:tc>
        <w:tc>
          <w:tcPr>
            <w:tcW w:w="1424" w:type="dxa"/>
          </w:tcPr>
          <w:p w14:paraId="7A914E9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Incluir: Cuando menciona entrar al planetario, la proyección, la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experiencia inmersiva o su calidad.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solo habla del ‘espacio’ sin referencia a la actividad.</w:t>
            </w:r>
          </w:p>
        </w:tc>
        <w:tc>
          <w:tcPr>
            <w:tcW w:w="2311" w:type="dxa"/>
          </w:tcPr>
          <w:p w14:paraId="337FDF5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Si el segmento incluye calidad de imagen/sonido o saturación, aplicar además TEC_* u ORG_SAT.</w:t>
            </w:r>
          </w:p>
        </w:tc>
        <w:tc>
          <w:tcPr>
            <w:tcW w:w="877" w:type="dxa"/>
          </w:tcPr>
          <w:p w14:paraId="4BA84EE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¿En qué actividades participaste en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el evento?:   el planetario, taller de niños cósmicos, exposición fotográfica, presentación de videos</w:t>
            </w:r>
          </w:p>
        </w:tc>
        <w:tc>
          <w:tcPr>
            <w:tcW w:w="837" w:type="dxa"/>
          </w:tcPr>
          <w:p w14:paraId="12E780C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¿En qué actividades participaste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 taller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de niños cósmicos, nos metimos al planetario y lo del telescopio (observación astronómica).</w:t>
            </w:r>
          </w:p>
        </w:tc>
        <w:tc>
          <w:tcPr>
            <w:tcW w:w="898" w:type="dxa"/>
          </w:tcPr>
          <w:p w14:paraId="564541F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¿En qué actividades participaste en el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 Taller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de niños cósmicos, nos metimos al planetario, exposición fotográfica,</w:t>
            </w:r>
          </w:p>
        </w:tc>
        <w:tc>
          <w:tcPr>
            <w:tcW w:w="829" w:type="dxa"/>
          </w:tcPr>
          <w:p w14:paraId="3A00867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¿En qué actividades participaste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 conferencia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y el planetario</w:t>
            </w:r>
          </w:p>
        </w:tc>
      </w:tr>
      <w:tr w:rsidR="00D4469C" w:rsidRPr="00CF2E48" w14:paraId="44F35349" w14:textId="77777777" w:rsidTr="00E6447A">
        <w:trPr>
          <w:jc w:val="center"/>
        </w:trPr>
        <w:tc>
          <w:tcPr>
            <w:tcW w:w="826" w:type="dxa"/>
          </w:tcPr>
          <w:p w14:paraId="055C582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42AD80B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clave</w:t>
            </w:r>
          </w:p>
        </w:tc>
        <w:tc>
          <w:tcPr>
            <w:tcW w:w="1168" w:type="dxa"/>
          </w:tcPr>
          <w:p w14:paraId="152EE19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ACT_TELE</w:t>
            </w:r>
          </w:p>
        </w:tc>
        <w:tc>
          <w:tcPr>
            <w:tcW w:w="843" w:type="dxa"/>
          </w:tcPr>
          <w:p w14:paraId="4290344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observación</w:t>
            </w:r>
            <w:proofErr w:type="spellEnd"/>
          </w:p>
        </w:tc>
        <w:tc>
          <w:tcPr>
            <w:tcW w:w="3103" w:type="dxa"/>
          </w:tcPr>
          <w:p w14:paraId="3132F91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Participación o referencia a telescopio u observación astronómica.</w:t>
            </w:r>
          </w:p>
        </w:tc>
        <w:tc>
          <w:tcPr>
            <w:tcW w:w="1424" w:type="dxa"/>
          </w:tcPr>
          <w:p w14:paraId="0B89B02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telescopios, observar el cielo, uso o explicación de telescopios.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solo menciona planetas sin telescopio/observación.</w:t>
            </w:r>
          </w:p>
        </w:tc>
        <w:tc>
          <w:tcPr>
            <w:tcW w:w="2311" w:type="dxa"/>
          </w:tcPr>
          <w:p w14:paraId="3C37C41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Aplicar LEARN_TEL si se describe aprendizaje sobre uso/componentes.</w:t>
            </w:r>
          </w:p>
        </w:tc>
        <w:tc>
          <w:tcPr>
            <w:tcW w:w="877" w:type="dxa"/>
          </w:tcPr>
          <w:p w14:paraId="426ADD8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mejorar?: más telescopios para mirar.</w:t>
            </w:r>
          </w:p>
        </w:tc>
        <w:tc>
          <w:tcPr>
            <w:tcW w:w="837" w:type="dxa"/>
          </w:tcPr>
          <w:p w14:paraId="18C26EB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 taller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de niños cósmicos, nos metimos al planetario y lo del telescopio (observación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astronómica).</w:t>
            </w:r>
          </w:p>
        </w:tc>
        <w:tc>
          <w:tcPr>
            <w:tcW w:w="898" w:type="dxa"/>
          </w:tcPr>
          <w:p w14:paraId="761D81E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Mm, sí de los componentes de los telescopios.</w:t>
            </w:r>
          </w:p>
        </w:tc>
        <w:tc>
          <w:tcPr>
            <w:tcW w:w="829" w:type="dxa"/>
          </w:tcPr>
          <w:p w14:paraId="650D293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¿En qué actividades participaste en el evento?:   nos dieron una plática (conferencia) muy interesante de astrobiología, el planetario, fui a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un laberinto de fotografías, al talle…</w:t>
            </w:r>
          </w:p>
        </w:tc>
      </w:tr>
      <w:tr w:rsidR="00D4469C" w:rsidRPr="00CF2E48" w14:paraId="5A9D3613" w14:textId="77777777" w:rsidTr="00E6447A">
        <w:trPr>
          <w:jc w:val="center"/>
        </w:trPr>
        <w:tc>
          <w:tcPr>
            <w:tcW w:w="826" w:type="dxa"/>
          </w:tcPr>
          <w:p w14:paraId="45CF00B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315B6D9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clave</w:t>
            </w:r>
          </w:p>
        </w:tc>
        <w:tc>
          <w:tcPr>
            <w:tcW w:w="1168" w:type="dxa"/>
          </w:tcPr>
          <w:p w14:paraId="1B87C5B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ACT_CONF</w:t>
            </w:r>
          </w:p>
        </w:tc>
        <w:tc>
          <w:tcPr>
            <w:tcW w:w="843" w:type="dxa"/>
          </w:tcPr>
          <w:p w14:paraId="42B80BF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charla</w:t>
            </w:r>
            <w:proofErr w:type="spellEnd"/>
          </w:p>
        </w:tc>
        <w:tc>
          <w:tcPr>
            <w:tcW w:w="3103" w:type="dxa"/>
          </w:tcPr>
          <w:p w14:paraId="29AFD57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Participación o referencia a conferencia/plática.</w:t>
            </w:r>
          </w:p>
        </w:tc>
        <w:tc>
          <w:tcPr>
            <w:tcW w:w="1424" w:type="dxa"/>
          </w:tcPr>
          <w:p w14:paraId="599C8AF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una plática específica (p. ej., mujeres en la ciencia) o al ponente.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videos o proyecciones sin formato de charla.</w:t>
            </w:r>
          </w:p>
        </w:tc>
        <w:tc>
          <w:tcPr>
            <w:tcW w:w="2311" w:type="dxa"/>
          </w:tcPr>
          <w:p w14:paraId="658D39E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Si trata sobre género, complementar con LEARN_GENERO o GEN_INCOM según el sentido.</w:t>
            </w:r>
          </w:p>
        </w:tc>
        <w:tc>
          <w:tcPr>
            <w:tcW w:w="877" w:type="dxa"/>
          </w:tcPr>
          <w:p w14:paraId="75F2D73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Entrevista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P2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Mujer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):</w:t>
            </w:r>
          </w:p>
        </w:tc>
        <w:tc>
          <w:tcPr>
            <w:tcW w:w="837" w:type="dxa"/>
          </w:tcPr>
          <w:p w14:paraId="003633D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Cuando llegamos, nos subieron por una escalera y había de que como una sala ah, donde nos pusieron como ver vídeos (conferencia).</w:t>
            </w:r>
          </w:p>
        </w:tc>
        <w:tc>
          <w:tcPr>
            <w:tcW w:w="898" w:type="dxa"/>
          </w:tcPr>
          <w:p w14:paraId="3A6F8C0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¿Habías asistido a algún evento similar de divulgación científica?: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Si,  asistí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a una plática sobre el agua como toda el agua a la comunidad.</w:t>
            </w:r>
          </w:p>
        </w:tc>
        <w:tc>
          <w:tcPr>
            <w:tcW w:w="829" w:type="dxa"/>
          </w:tcPr>
          <w:p w14:paraId="645CE3D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 conferencia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y el planetario</w:t>
            </w:r>
          </w:p>
        </w:tc>
      </w:tr>
      <w:tr w:rsidR="00D4469C" w:rsidRPr="00CF2E48" w14:paraId="47EA805D" w14:textId="77777777" w:rsidTr="00E6447A">
        <w:trPr>
          <w:jc w:val="center"/>
        </w:trPr>
        <w:tc>
          <w:tcPr>
            <w:tcW w:w="826" w:type="dxa"/>
          </w:tcPr>
          <w:p w14:paraId="5C304C9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43F841C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clave</w:t>
            </w:r>
          </w:p>
        </w:tc>
        <w:tc>
          <w:tcPr>
            <w:tcW w:w="1168" w:type="dxa"/>
          </w:tcPr>
          <w:p w14:paraId="2601781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ACT_TALLER</w:t>
            </w:r>
          </w:p>
        </w:tc>
        <w:tc>
          <w:tcPr>
            <w:tcW w:w="843" w:type="dxa"/>
          </w:tcPr>
          <w:p w14:paraId="2168042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Taller/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dinámica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participativa</w:t>
            </w:r>
            <w:proofErr w:type="spellEnd"/>
          </w:p>
        </w:tc>
        <w:tc>
          <w:tcPr>
            <w:tcW w:w="3103" w:type="dxa"/>
          </w:tcPr>
          <w:p w14:paraId="2E74668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Participación en talleres o dinámicas (p. ej., dibujo, trivias, actividades guiadas).</w:t>
            </w:r>
          </w:p>
        </w:tc>
        <w:tc>
          <w:tcPr>
            <w:tcW w:w="1424" w:type="dxa"/>
          </w:tcPr>
          <w:p w14:paraId="428DDD0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hacer, dibujar, participar, dinámicas, juegos, ‘taller’.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pasivas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(solo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escuchar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2311" w:type="dxa"/>
          </w:tcPr>
          <w:p w14:paraId="5766024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el tipo de taller si se menciona (dibujo, cohetería, etc.).</w:t>
            </w:r>
          </w:p>
        </w:tc>
        <w:tc>
          <w:tcPr>
            <w:tcW w:w="877" w:type="dxa"/>
          </w:tcPr>
          <w:p w14:paraId="7F73483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¿En qué actividades participaste en el evento?:   el planetario, taller de niños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cósmicos, exposición fotográfica, presentación de videos</w:t>
            </w:r>
          </w:p>
        </w:tc>
        <w:tc>
          <w:tcPr>
            <w:tcW w:w="837" w:type="dxa"/>
          </w:tcPr>
          <w:p w14:paraId="04A67D0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¿En qué actividades participaste 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 taller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de niños cósmicos, nos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metimos al planetario y lo del telescopio (observación astronómica).</w:t>
            </w:r>
          </w:p>
        </w:tc>
        <w:tc>
          <w:tcPr>
            <w:tcW w:w="898" w:type="dxa"/>
          </w:tcPr>
          <w:p w14:paraId="0217A34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¿En qué actividades participaste 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 Taller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de niños cósmicos, nos metimos al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planetario, exposición fotográfica,</w:t>
            </w:r>
          </w:p>
        </w:tc>
        <w:tc>
          <w:tcPr>
            <w:tcW w:w="829" w:type="dxa"/>
          </w:tcPr>
          <w:p w14:paraId="5FE0A36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¿En qué actividades participaste 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 conferencia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y el planetario</w:t>
            </w:r>
          </w:p>
        </w:tc>
      </w:tr>
      <w:tr w:rsidR="00D4469C" w:rsidRPr="00CF2E48" w14:paraId="5755758C" w14:textId="77777777" w:rsidTr="00E6447A">
        <w:trPr>
          <w:jc w:val="center"/>
        </w:trPr>
        <w:tc>
          <w:tcPr>
            <w:tcW w:w="826" w:type="dxa"/>
          </w:tcPr>
          <w:p w14:paraId="0A4B529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06AD414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complementarias</w:t>
            </w:r>
            <w:proofErr w:type="spellEnd"/>
          </w:p>
        </w:tc>
        <w:tc>
          <w:tcPr>
            <w:tcW w:w="1168" w:type="dxa"/>
          </w:tcPr>
          <w:p w14:paraId="3FAE1E6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ACT_EXPO</w:t>
            </w:r>
          </w:p>
        </w:tc>
        <w:tc>
          <w:tcPr>
            <w:tcW w:w="843" w:type="dxa"/>
          </w:tcPr>
          <w:p w14:paraId="15D0440F" w14:textId="77777777" w:rsidR="008D731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Cosmos</w:t>
            </w:r>
          </w:p>
        </w:tc>
        <w:tc>
          <w:tcPr>
            <w:tcW w:w="3103" w:type="dxa"/>
          </w:tcPr>
          <w:p w14:paraId="71CFBE99" w14:textId="77777777" w:rsidR="008D731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cosmos (también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referida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estudiantes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fotográfica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”) o sala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4" w:type="dxa"/>
          </w:tcPr>
          <w:p w14:paraId="49CFFAE7" w14:textId="77777777" w:rsidR="008D731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cosmos /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fotográfica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comentarios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disponible.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charla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videos.</w:t>
            </w:r>
          </w:p>
        </w:tc>
        <w:tc>
          <w:tcPr>
            <w:tcW w:w="2311" w:type="dxa"/>
          </w:tcPr>
          <w:p w14:paraId="4AD94B6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Si menciona falta de explicación, complementar con SUG_EXPO_INFO.</w:t>
            </w:r>
          </w:p>
        </w:tc>
        <w:tc>
          <w:tcPr>
            <w:tcW w:w="877" w:type="dxa"/>
          </w:tcPr>
          <w:p w14:paraId="0D2EA64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evento?:   el planetario, taller de niños cósmicos, exposición fotográfica, presentación de videos</w:t>
            </w:r>
          </w:p>
        </w:tc>
        <w:tc>
          <w:tcPr>
            <w:tcW w:w="837" w:type="dxa"/>
          </w:tcPr>
          <w:p w14:paraId="51AEC9C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también estuve en el taller de observación astronómica y pasamos por una exposición fotográfica.</w:t>
            </w:r>
          </w:p>
        </w:tc>
        <w:tc>
          <w:tcPr>
            <w:tcW w:w="898" w:type="dxa"/>
          </w:tcPr>
          <w:p w14:paraId="398020D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 Taller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de niños cósmicos, nos metimos al planetario, exposición fotográfica,</w:t>
            </w:r>
          </w:p>
        </w:tc>
        <w:tc>
          <w:tcPr>
            <w:tcW w:w="829" w:type="dxa"/>
          </w:tcPr>
          <w:p w14:paraId="0379163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evento?:   nos dieron una plática (conferencia) muy interesante de astrobiología, el planetario, fui a un laberinto de fotografías, al talle…</w:t>
            </w:r>
          </w:p>
        </w:tc>
      </w:tr>
      <w:tr w:rsidR="00D4469C" w:rsidRPr="00CF2E48" w14:paraId="6D99C911" w14:textId="77777777" w:rsidTr="00E6447A">
        <w:trPr>
          <w:jc w:val="center"/>
        </w:trPr>
        <w:tc>
          <w:tcPr>
            <w:tcW w:w="826" w:type="dxa"/>
          </w:tcPr>
          <w:p w14:paraId="048B5F9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71DEF4A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complementarias</w:t>
            </w:r>
            <w:proofErr w:type="spellEnd"/>
          </w:p>
        </w:tc>
        <w:tc>
          <w:tcPr>
            <w:tcW w:w="1168" w:type="dxa"/>
          </w:tcPr>
          <w:p w14:paraId="115B96F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ACT_VID</w:t>
            </w:r>
          </w:p>
        </w:tc>
        <w:tc>
          <w:tcPr>
            <w:tcW w:w="843" w:type="dxa"/>
          </w:tcPr>
          <w:p w14:paraId="01BC1AF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Videos/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proyección</w:t>
            </w:r>
            <w:proofErr w:type="spellEnd"/>
          </w:p>
        </w:tc>
        <w:tc>
          <w:tcPr>
            <w:tcW w:w="3103" w:type="dxa"/>
          </w:tcPr>
          <w:p w14:paraId="2862376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Referencia a videos o proyección (fuera del planetario).</w:t>
            </w:r>
          </w:p>
        </w:tc>
        <w:tc>
          <w:tcPr>
            <w:tcW w:w="1424" w:type="dxa"/>
          </w:tcPr>
          <w:p w14:paraId="5AF4A94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‘videos’, ‘proyección’, ‘nos pasaron a ver’.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se trata del planetario/domo.</w:t>
            </w:r>
          </w:p>
        </w:tc>
        <w:tc>
          <w:tcPr>
            <w:tcW w:w="2311" w:type="dxa"/>
          </w:tcPr>
          <w:p w14:paraId="770E525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Si el contenido del video se menciona como aprendizaje, aplicar LEARN_COSMOS.</w:t>
            </w:r>
          </w:p>
        </w:tc>
        <w:tc>
          <w:tcPr>
            <w:tcW w:w="877" w:type="dxa"/>
          </w:tcPr>
          <w:p w14:paraId="7B78EB9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evento?:   el planetario, taller de niños cósmicos, exposición fotográfica, presentación de videos</w:t>
            </w:r>
          </w:p>
        </w:tc>
        <w:tc>
          <w:tcPr>
            <w:tcW w:w="837" w:type="dxa"/>
          </w:tcPr>
          <w:p w14:paraId="68F36EA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interesado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Saliendo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estuve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videos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internet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comentando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mis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compañeros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98" w:type="dxa"/>
          </w:tcPr>
          <w:p w14:paraId="5DE8D24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 yo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creo que la calidad del audio y video del planetario.</w:t>
            </w:r>
          </w:p>
        </w:tc>
        <w:tc>
          <w:tcPr>
            <w:tcW w:w="829" w:type="dxa"/>
          </w:tcPr>
          <w:p w14:paraId="47D9122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¿Qué fue lo que más te gustó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 El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planetario (domo), y antes de la conferencia nos mostraron videos que me gustaron mucho</w:t>
            </w:r>
          </w:p>
        </w:tc>
      </w:tr>
      <w:tr w:rsidR="00D4469C" w:rsidRPr="00CF2E48" w14:paraId="73B35C8F" w14:textId="77777777" w:rsidTr="00E6447A">
        <w:trPr>
          <w:jc w:val="center"/>
        </w:trPr>
        <w:tc>
          <w:tcPr>
            <w:tcW w:w="826" w:type="dxa"/>
          </w:tcPr>
          <w:p w14:paraId="3FC370C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</w:p>
        </w:tc>
        <w:tc>
          <w:tcPr>
            <w:tcW w:w="1240" w:type="dxa"/>
          </w:tcPr>
          <w:p w14:paraId="47CAA02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Valoración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global</w:t>
            </w:r>
          </w:p>
        </w:tc>
        <w:tc>
          <w:tcPr>
            <w:tcW w:w="1168" w:type="dxa"/>
          </w:tcPr>
          <w:p w14:paraId="436F609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EXP_POS</w:t>
            </w:r>
          </w:p>
        </w:tc>
        <w:tc>
          <w:tcPr>
            <w:tcW w:w="843" w:type="dxa"/>
          </w:tcPr>
          <w:p w14:paraId="22D9924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positiva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general</w:t>
            </w:r>
          </w:p>
        </w:tc>
        <w:tc>
          <w:tcPr>
            <w:tcW w:w="3103" w:type="dxa"/>
          </w:tcPr>
          <w:p w14:paraId="0FCE106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Evalúa el evento como bueno/bonito/entretenido/interesante sin matiz negativo dominante.</w:t>
            </w:r>
          </w:p>
        </w:tc>
        <w:tc>
          <w:tcPr>
            <w:tcW w:w="1424" w:type="dxa"/>
          </w:tcPr>
          <w:p w14:paraId="6F57178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Adjetivos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positivos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globales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expresiones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satisfacción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general.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evaluación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se centra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problemás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importantes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ORG_* o TEC_*).</w:t>
            </w:r>
          </w:p>
        </w:tc>
        <w:tc>
          <w:tcPr>
            <w:tcW w:w="2311" w:type="dxa"/>
          </w:tcPr>
          <w:p w14:paraId="7B2D878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Útil para sintetizar ‘valencia’ general; combinar con códigos específicos si los menciona.</w:t>
            </w:r>
          </w:p>
        </w:tc>
        <w:tc>
          <w:tcPr>
            <w:tcW w:w="877" w:type="dxa"/>
          </w:tcPr>
          <w:p w14:paraId="1CB533D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¿Cómo fue tu experiencia en el evento de Puerta Politécnica?:   me gustó fue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divertida y me gustó dibujar y que nos regalaran chocolates.</w:t>
            </w:r>
          </w:p>
        </w:tc>
        <w:tc>
          <w:tcPr>
            <w:tcW w:w="837" w:type="dxa"/>
          </w:tcPr>
          <w:p w14:paraId="6E91907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¿Cómo fue tu experiencia en el evento de Puerta Politécnica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 Muy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bonita.</w:t>
            </w:r>
          </w:p>
        </w:tc>
        <w:tc>
          <w:tcPr>
            <w:tcW w:w="898" w:type="dxa"/>
          </w:tcPr>
          <w:p w14:paraId="615F561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¿Cómo fue tu experiencia en el evento de Puerta Politécnica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 muy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buena, Explicar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on muy bien los conceptos, el material que utilizaron, las presentaciones todo estuvo muy bien.</w:t>
            </w:r>
          </w:p>
        </w:tc>
        <w:tc>
          <w:tcPr>
            <w:tcW w:w="829" w:type="dxa"/>
          </w:tcPr>
          <w:p w14:paraId="21772AD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¿Cómo fue tu experiencia en el evento de Puerta Politécnica?:   buena, el planet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ario me gustó, y la conferencia fue rara, porque sentí que atacaba al sexo masculino.</w:t>
            </w:r>
          </w:p>
        </w:tc>
      </w:tr>
      <w:tr w:rsidR="00D4469C" w:rsidRPr="00CF2E48" w14:paraId="2DC7FCB2" w14:textId="77777777" w:rsidTr="00E6447A">
        <w:trPr>
          <w:jc w:val="center"/>
        </w:trPr>
        <w:tc>
          <w:tcPr>
            <w:tcW w:w="826" w:type="dxa"/>
          </w:tcPr>
          <w:p w14:paraId="42F2CDB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</w:p>
        </w:tc>
        <w:tc>
          <w:tcPr>
            <w:tcW w:w="1240" w:type="dxa"/>
          </w:tcPr>
          <w:p w14:paraId="77CAB16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Novedad</w:t>
            </w:r>
            <w:proofErr w:type="spellEnd"/>
          </w:p>
        </w:tc>
        <w:tc>
          <w:tcPr>
            <w:tcW w:w="1168" w:type="dxa"/>
          </w:tcPr>
          <w:p w14:paraId="3603D68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EXP_NOV</w:t>
            </w:r>
          </w:p>
        </w:tc>
        <w:tc>
          <w:tcPr>
            <w:tcW w:w="843" w:type="dxa"/>
          </w:tcPr>
          <w:p w14:paraId="4C495E9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Novedad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primera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vez</w:t>
            </w:r>
            <w:proofErr w:type="spellEnd"/>
          </w:p>
        </w:tc>
        <w:tc>
          <w:tcPr>
            <w:tcW w:w="3103" w:type="dxa"/>
          </w:tcPr>
          <w:p w14:paraId="35BEC27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Enfatiza que fue la primera vez o que la experiencia fue novedosa.</w:t>
            </w:r>
          </w:p>
        </w:tc>
        <w:tc>
          <w:tcPr>
            <w:tcW w:w="1424" w:type="dxa"/>
          </w:tcPr>
          <w:p w14:paraId="7238040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Expresiones como ‘primera vez’, ‘nunca había’, ‘no había visto’.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asistencia previa sin énfasis de novedad (PERF_PREV_EVENTO).</w:t>
            </w:r>
          </w:p>
        </w:tc>
        <w:tc>
          <w:tcPr>
            <w:tcW w:w="2311" w:type="dxa"/>
          </w:tcPr>
          <w:p w14:paraId="69FEAF5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Si se relaciona con motivación, complementar con MOT_MAS.</w:t>
            </w:r>
          </w:p>
        </w:tc>
        <w:tc>
          <w:tcPr>
            <w:tcW w:w="877" w:type="dxa"/>
          </w:tcPr>
          <w:p w14:paraId="6A98BA8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¿Habías asistido a algún evento similar de divulgación científica?: no, la primera vez</w:t>
            </w:r>
          </w:p>
        </w:tc>
        <w:tc>
          <w:tcPr>
            <w:tcW w:w="837" w:type="dxa"/>
          </w:tcPr>
          <w:p w14:paraId="0038897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¿Cómo fue tu experiencia en el evento de Puerta Politécnica?:   Pues fue para mí, fue muy divertida porque nunca había asistido a un evento así.</w:t>
            </w:r>
          </w:p>
        </w:tc>
        <w:tc>
          <w:tcPr>
            <w:tcW w:w="898" w:type="dxa"/>
          </w:tcPr>
          <w:p w14:paraId="13FD509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¿Qué fue lo que más te gustó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 el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utilizar el telescopio, nunca había utilizado uno.</w:t>
            </w:r>
          </w:p>
        </w:tc>
        <w:tc>
          <w:tcPr>
            <w:tcW w:w="829" w:type="dxa"/>
          </w:tcPr>
          <w:p w14:paraId="7809DF4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¿Habías asistido a algún evento similar de divulgación científica?: no, la primera vez</w:t>
            </w:r>
          </w:p>
        </w:tc>
      </w:tr>
      <w:tr w:rsidR="00D4469C" w:rsidRPr="00CF2E48" w14:paraId="74189A86" w14:textId="77777777" w:rsidTr="00E6447A">
        <w:trPr>
          <w:jc w:val="center"/>
        </w:trPr>
        <w:tc>
          <w:tcPr>
            <w:tcW w:w="826" w:type="dxa"/>
          </w:tcPr>
          <w:p w14:paraId="6C360A6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</w:p>
        </w:tc>
        <w:tc>
          <w:tcPr>
            <w:tcW w:w="1240" w:type="dxa"/>
          </w:tcPr>
          <w:p w14:paraId="703A3E8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Modalidad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</w:p>
        </w:tc>
        <w:tc>
          <w:tcPr>
            <w:tcW w:w="1168" w:type="dxa"/>
          </w:tcPr>
          <w:p w14:paraId="057CA4F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EXP_VISUAL</w:t>
            </w:r>
          </w:p>
        </w:tc>
        <w:tc>
          <w:tcPr>
            <w:tcW w:w="843" w:type="dxa"/>
          </w:tcPr>
          <w:p w14:paraId="19D18A4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visual/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inmersivo</w:t>
            </w:r>
            <w:proofErr w:type="spellEnd"/>
          </w:p>
        </w:tc>
        <w:tc>
          <w:tcPr>
            <w:tcW w:w="3103" w:type="dxa"/>
          </w:tcPr>
          <w:p w14:paraId="16B3550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Describe aprendizaje por lo visual, inmersivo o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experiencial (p. ej., ‘visual’, ‘impactante’).</w:t>
            </w:r>
          </w:p>
        </w:tc>
        <w:tc>
          <w:tcPr>
            <w:tcW w:w="1424" w:type="dxa"/>
          </w:tcPr>
          <w:p w14:paraId="78D2026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Incluir: Menciona que lo visual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ayuda a aprender o describe inmersión (acostarse, ver proyección).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LEARN_*).</w:t>
            </w:r>
          </w:p>
        </w:tc>
        <w:tc>
          <w:tcPr>
            <w:tcW w:w="2311" w:type="dxa"/>
          </w:tcPr>
          <w:p w14:paraId="2BB3E65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Codificar cuando se explique el ‘cómo’ del aprendizaje, no el ‘qué’.</w:t>
            </w:r>
          </w:p>
        </w:tc>
        <w:tc>
          <w:tcPr>
            <w:tcW w:w="877" w:type="dxa"/>
          </w:tcPr>
          <w:p w14:paraId="2F9964A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¿Qué fue lo que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más te gustó?: el planetario, fue impactante</w:t>
            </w:r>
          </w:p>
        </w:tc>
        <w:tc>
          <w:tcPr>
            <w:tcW w:w="837" w:type="dxa"/>
          </w:tcPr>
          <w:p w14:paraId="2AB7904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¿Si pudieran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mejorar una cosa del evento, cuál sería?:      El espacio donde entramos al planetario, en donde nos acostamos, estuvimos muy apretados.</w:t>
            </w:r>
          </w:p>
        </w:tc>
        <w:tc>
          <w:tcPr>
            <w:tcW w:w="898" w:type="dxa"/>
          </w:tcPr>
          <w:p w14:paraId="5F27727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¿Cómo fue tu experie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ncia en el evento de Puerta Politécnica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 me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impactó mucho, me gustó como lo organizaron.</w:t>
            </w:r>
          </w:p>
        </w:tc>
        <w:tc>
          <w:tcPr>
            <w:tcW w:w="829" w:type="dxa"/>
          </w:tcPr>
          <w:p w14:paraId="075F750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¿Cómo fue tu experi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encia en el evento de Puerta Politécnica?:   muy bonita, visualmente se aprende mucho, creo que lo deberían de hacer más seguido.</w:t>
            </w:r>
          </w:p>
        </w:tc>
      </w:tr>
      <w:tr w:rsidR="00D4469C" w:rsidRPr="00CF2E48" w14:paraId="0E3C3692" w14:textId="77777777" w:rsidTr="00E6447A">
        <w:trPr>
          <w:jc w:val="center"/>
        </w:trPr>
        <w:tc>
          <w:tcPr>
            <w:tcW w:w="826" w:type="dxa"/>
          </w:tcPr>
          <w:p w14:paraId="6EED0DD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</w:p>
        </w:tc>
        <w:tc>
          <w:tcPr>
            <w:tcW w:w="1240" w:type="dxa"/>
          </w:tcPr>
          <w:p w14:paraId="173931C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Interacción</w:t>
            </w:r>
            <w:proofErr w:type="spellEnd"/>
          </w:p>
        </w:tc>
        <w:tc>
          <w:tcPr>
            <w:tcW w:w="1168" w:type="dxa"/>
          </w:tcPr>
          <w:p w14:paraId="0836463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EXP_TRATO</w:t>
            </w:r>
          </w:p>
        </w:tc>
        <w:tc>
          <w:tcPr>
            <w:tcW w:w="843" w:type="dxa"/>
          </w:tcPr>
          <w:p w14:paraId="2530F0B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Trato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amable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guía</w:t>
            </w:r>
            <w:proofErr w:type="spellEnd"/>
          </w:p>
        </w:tc>
        <w:tc>
          <w:tcPr>
            <w:tcW w:w="3103" w:type="dxa"/>
          </w:tcPr>
          <w:p w14:paraId="6190826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Destaca apoyo, guía o amabilidad del equipo.</w:t>
            </w:r>
          </w:p>
        </w:tc>
        <w:tc>
          <w:tcPr>
            <w:tcW w:w="1424" w:type="dxa"/>
          </w:tcPr>
          <w:p w14:paraId="7FE7EAB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que los guiaron, explicaron, fueron amables o pacientes.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flujo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(ORG_*).</w:t>
            </w:r>
          </w:p>
        </w:tc>
        <w:tc>
          <w:tcPr>
            <w:tcW w:w="2311" w:type="dxa"/>
          </w:tcPr>
          <w:p w14:paraId="7F24FA0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Relevante para ‘clima comunicativo’ y calidad de mediación.</w:t>
            </w:r>
          </w:p>
        </w:tc>
        <w:tc>
          <w:tcPr>
            <w:tcW w:w="877" w:type="dxa"/>
          </w:tcPr>
          <w:p w14:paraId="489990C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¿Consideras que el evento estuvo bien organizado?: Si, nos guiaron</w:t>
            </w:r>
          </w:p>
        </w:tc>
        <w:tc>
          <w:tcPr>
            <w:tcW w:w="837" w:type="dxa"/>
          </w:tcPr>
          <w:p w14:paraId="4653E3D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Pues un poco más, porque casi no conocía de los planetas, las historias de cómo se llaman y nos dieron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una explicación de lo que era y es así.</w:t>
            </w:r>
          </w:p>
        </w:tc>
        <w:tc>
          <w:tcPr>
            <w:tcW w:w="898" w:type="dxa"/>
          </w:tcPr>
          <w:p w14:paraId="1B591FE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¿Cómo fue tu experiencia en el evento de Puerta Politécnica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 muy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buena, Explicaron muy bien los conceptos, el materia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l que utilizaron, las presentaciones todo estuvo muy bien.</w:t>
            </w:r>
          </w:p>
        </w:tc>
        <w:tc>
          <w:tcPr>
            <w:tcW w:w="829" w:type="dxa"/>
          </w:tcPr>
          <w:p w14:paraId="452A98F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¿Cómo fue tu experiencia en el evento de Puerta Politécnica?:   muy bonita, visualmente se aprende mucho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, creo que lo deberían de hacer más seguido.</w:t>
            </w:r>
          </w:p>
        </w:tc>
      </w:tr>
      <w:tr w:rsidR="00D4469C" w:rsidRPr="00CF2E48" w14:paraId="5C88985E" w14:textId="77777777" w:rsidTr="00E6447A">
        <w:trPr>
          <w:jc w:val="center"/>
        </w:trPr>
        <w:tc>
          <w:tcPr>
            <w:tcW w:w="826" w:type="dxa"/>
          </w:tcPr>
          <w:p w14:paraId="370640E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Organización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</w:p>
        </w:tc>
        <w:tc>
          <w:tcPr>
            <w:tcW w:w="1240" w:type="dxa"/>
          </w:tcPr>
          <w:p w14:paraId="05F4AAC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</w:t>
            </w:r>
          </w:p>
        </w:tc>
        <w:tc>
          <w:tcPr>
            <w:tcW w:w="1168" w:type="dxa"/>
          </w:tcPr>
          <w:p w14:paraId="1649158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ORG_BIEN</w:t>
            </w:r>
          </w:p>
        </w:tc>
        <w:tc>
          <w:tcPr>
            <w:tcW w:w="843" w:type="dxa"/>
          </w:tcPr>
          <w:p w14:paraId="0CCB7F1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Organización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adecuada</w:t>
            </w:r>
            <w:proofErr w:type="spellEnd"/>
          </w:p>
        </w:tc>
        <w:tc>
          <w:tcPr>
            <w:tcW w:w="3103" w:type="dxa"/>
          </w:tcPr>
          <w:p w14:paraId="75D82F4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Percibe el evento como bien organizado/estructurado.</w:t>
            </w:r>
          </w:p>
        </w:tc>
        <w:tc>
          <w:tcPr>
            <w:tcW w:w="1424" w:type="dxa"/>
          </w:tcPr>
          <w:p w14:paraId="019BD74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Declaraciones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explícitas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buena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estructura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hay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clara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problemás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flujo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saturación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311" w:type="dxa"/>
          </w:tcPr>
          <w:p w14:paraId="529D54C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Puede coexistir con críticas puntuales (p. ej., bien organizado pero poco tiempo).</w:t>
            </w:r>
          </w:p>
        </w:tc>
        <w:tc>
          <w:tcPr>
            <w:tcW w:w="877" w:type="dxa"/>
          </w:tcPr>
          <w:p w14:paraId="78CABF7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¿Consideras que el evento estuvo bien organizado?: Si</w:t>
            </w:r>
          </w:p>
        </w:tc>
        <w:tc>
          <w:tcPr>
            <w:tcW w:w="837" w:type="dxa"/>
          </w:tcPr>
          <w:p w14:paraId="15204E1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9 ¿Consideras que el evento estuvo bien organizado?: Si porque estuvo dirigido no improvisado.</w:t>
            </w:r>
          </w:p>
        </w:tc>
        <w:tc>
          <w:tcPr>
            <w:tcW w:w="898" w:type="dxa"/>
          </w:tcPr>
          <w:p w14:paraId="136086A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¿Consideras que el evento estuvo bien organizado?: Si, pero nos pasaron muy rápido de una actividad a otra.</w:t>
            </w:r>
          </w:p>
        </w:tc>
        <w:tc>
          <w:tcPr>
            <w:tcW w:w="829" w:type="dxa"/>
          </w:tcPr>
          <w:p w14:paraId="7919596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¿Consideras que el evento estuvo bien organizado?: Si</w:t>
            </w:r>
          </w:p>
        </w:tc>
      </w:tr>
      <w:tr w:rsidR="00D4469C" w:rsidRPr="00CF2E48" w14:paraId="7651391F" w14:textId="77777777" w:rsidTr="00E6447A">
        <w:trPr>
          <w:jc w:val="center"/>
        </w:trPr>
        <w:tc>
          <w:tcPr>
            <w:tcW w:w="826" w:type="dxa"/>
          </w:tcPr>
          <w:p w14:paraId="7F4A2C0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Organización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</w:p>
        </w:tc>
        <w:tc>
          <w:tcPr>
            <w:tcW w:w="1240" w:type="dxa"/>
          </w:tcPr>
          <w:p w14:paraId="5B881F9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Flujo</w:t>
            </w:r>
            <w:proofErr w:type="spellEnd"/>
          </w:p>
        </w:tc>
        <w:tc>
          <w:tcPr>
            <w:tcW w:w="1168" w:type="dxa"/>
          </w:tcPr>
          <w:p w14:paraId="1031119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ORG_CONFU</w:t>
            </w:r>
          </w:p>
        </w:tc>
        <w:tc>
          <w:tcPr>
            <w:tcW w:w="843" w:type="dxa"/>
          </w:tcPr>
          <w:p w14:paraId="457D967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Confusión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traslados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secuencia</w:t>
            </w:r>
            <w:proofErr w:type="spellEnd"/>
          </w:p>
        </w:tc>
        <w:tc>
          <w:tcPr>
            <w:tcW w:w="3103" w:type="dxa"/>
          </w:tcPr>
          <w:p w14:paraId="7E032D2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Describe traslados confusos, cambios de lugar o secuencia poco clara.</w:t>
            </w:r>
          </w:p>
        </w:tc>
        <w:tc>
          <w:tcPr>
            <w:tcW w:w="1424" w:type="dxa"/>
          </w:tcPr>
          <w:p w14:paraId="5AE8E32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que los movían de un lado a otro o que se perdieron/retrocedieron.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solo menciona ‘rápido’ sin confusión (ORG_TIEMPO).</w:t>
            </w:r>
          </w:p>
        </w:tc>
        <w:tc>
          <w:tcPr>
            <w:tcW w:w="2311" w:type="dxa"/>
          </w:tcPr>
          <w:p w14:paraId="3360084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Ayuda a explicar barreras logísticas y fatiga del recorrido.</w:t>
            </w:r>
          </w:p>
        </w:tc>
        <w:tc>
          <w:tcPr>
            <w:tcW w:w="877" w:type="dxa"/>
          </w:tcPr>
          <w:p w14:paraId="062B020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3AF8DB9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¿Hubo algo que no te haya gustado, que consideres que pueda mejorar?:      la organización, porque como que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nos pasaban a unos lados y luego como que nos regresaban porque ahí no…</w:t>
            </w:r>
          </w:p>
        </w:tc>
        <w:tc>
          <w:tcPr>
            <w:tcW w:w="898" w:type="dxa"/>
          </w:tcPr>
          <w:p w14:paraId="780E34E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—</w:t>
            </w:r>
          </w:p>
        </w:tc>
        <w:tc>
          <w:tcPr>
            <w:tcW w:w="829" w:type="dxa"/>
          </w:tcPr>
          <w:p w14:paraId="540F9EF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D4469C" w:rsidRPr="00CF2E48" w14:paraId="391F2E6E" w14:textId="77777777" w:rsidTr="00E6447A">
        <w:trPr>
          <w:jc w:val="center"/>
        </w:trPr>
        <w:tc>
          <w:tcPr>
            <w:tcW w:w="826" w:type="dxa"/>
          </w:tcPr>
          <w:p w14:paraId="2509559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Organización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</w:p>
        </w:tc>
        <w:tc>
          <w:tcPr>
            <w:tcW w:w="1240" w:type="dxa"/>
          </w:tcPr>
          <w:p w14:paraId="7225814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</w:t>
            </w:r>
          </w:p>
        </w:tc>
        <w:tc>
          <w:tcPr>
            <w:tcW w:w="1168" w:type="dxa"/>
          </w:tcPr>
          <w:p w14:paraId="23DE8C6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ORG_TIEMPO</w:t>
            </w:r>
          </w:p>
        </w:tc>
        <w:tc>
          <w:tcPr>
            <w:tcW w:w="843" w:type="dxa"/>
          </w:tcPr>
          <w:p w14:paraId="2BBD9AB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Tiempo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limitado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ritmo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rápido</w:t>
            </w:r>
            <w:proofErr w:type="spellEnd"/>
          </w:p>
        </w:tc>
        <w:tc>
          <w:tcPr>
            <w:tcW w:w="3103" w:type="dxa"/>
          </w:tcPr>
          <w:p w14:paraId="23E65BD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Percibe prisa, falta de tiempo o transiciones demasiado rápidas.</w:t>
            </w:r>
          </w:p>
        </w:tc>
        <w:tc>
          <w:tcPr>
            <w:tcW w:w="1424" w:type="dxa"/>
          </w:tcPr>
          <w:p w14:paraId="575F1C4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‘rápido’, ‘no alcanzó’, ‘poco tiempo’.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saturación (ORG_SAT).</w:t>
            </w:r>
          </w:p>
        </w:tc>
        <w:tc>
          <w:tcPr>
            <w:tcW w:w="2311" w:type="dxa"/>
          </w:tcPr>
          <w:p w14:paraId="76CBC3D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Registrar si sugiere ampliar duración o más estaciones en paralelo.</w:t>
            </w:r>
          </w:p>
        </w:tc>
        <w:tc>
          <w:tcPr>
            <w:tcW w:w="877" w:type="dxa"/>
          </w:tcPr>
          <w:p w14:paraId="02246A2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4A09B87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71F71DC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¿Consideras que el evento estuvo bien organizado?: Si, pero nos pasaron muy rápido de una actividad a otra.</w:t>
            </w:r>
          </w:p>
        </w:tc>
        <w:tc>
          <w:tcPr>
            <w:tcW w:w="829" w:type="dxa"/>
          </w:tcPr>
          <w:p w14:paraId="303D422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 nos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subieron al segundo piso, luego nos bajaron y nos metieron al planetario, y ya después saliendo de ahí nos volvieron a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subir y…</w:t>
            </w:r>
          </w:p>
        </w:tc>
      </w:tr>
      <w:tr w:rsidR="00D4469C" w:rsidRPr="00CF2E48" w14:paraId="43F1F6AF" w14:textId="77777777" w:rsidTr="00E6447A">
        <w:trPr>
          <w:jc w:val="center"/>
        </w:trPr>
        <w:tc>
          <w:tcPr>
            <w:tcW w:w="826" w:type="dxa"/>
          </w:tcPr>
          <w:p w14:paraId="7C44F32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Organización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</w:p>
        </w:tc>
        <w:tc>
          <w:tcPr>
            <w:tcW w:w="1240" w:type="dxa"/>
          </w:tcPr>
          <w:p w14:paraId="7C30D3B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Capacidad</w:t>
            </w:r>
            <w:proofErr w:type="spellEnd"/>
          </w:p>
        </w:tc>
        <w:tc>
          <w:tcPr>
            <w:tcW w:w="1168" w:type="dxa"/>
          </w:tcPr>
          <w:p w14:paraId="783613E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ORG_SAT</w:t>
            </w:r>
          </w:p>
        </w:tc>
        <w:tc>
          <w:tcPr>
            <w:tcW w:w="843" w:type="dxa"/>
          </w:tcPr>
          <w:p w14:paraId="4DA56BD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Saturación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apretado</w:t>
            </w:r>
            <w:proofErr w:type="spellEnd"/>
          </w:p>
        </w:tc>
        <w:tc>
          <w:tcPr>
            <w:tcW w:w="3103" w:type="dxa"/>
          </w:tcPr>
          <w:p w14:paraId="5E26ED7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aglomeración, espacio reducido o incomodidad por saturación.</w:t>
            </w:r>
          </w:p>
        </w:tc>
        <w:tc>
          <w:tcPr>
            <w:tcW w:w="1424" w:type="dxa"/>
          </w:tcPr>
          <w:p w14:paraId="16720B8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: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apretado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’,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amontonados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’,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mucha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’,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congestión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’,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sobrecupo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mala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calidad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imagen/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saturación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311" w:type="dxa"/>
          </w:tcPr>
          <w:p w14:paraId="30315DE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Frecuente en planetario: combinar con ACT_PLAN y sugerencias SUG_MAS_TELE o logística.</w:t>
            </w:r>
          </w:p>
        </w:tc>
        <w:tc>
          <w:tcPr>
            <w:tcW w:w="877" w:type="dxa"/>
          </w:tcPr>
          <w:p w14:paraId="70EC96F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3F69AF4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¿Si pudieran mejorar una cosa del evento, cuál sería?:      El espacio donde entramos al planetario, en donde nos acostamos, estuvimos muy apretados.</w:t>
            </w:r>
          </w:p>
        </w:tc>
        <w:tc>
          <w:tcPr>
            <w:tcW w:w="898" w:type="dxa"/>
          </w:tcPr>
          <w:p w14:paraId="5476B76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 si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, en el planetario había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muchas gente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y estuvo muy apretado, además la resolución no era muy buena.</w:t>
            </w:r>
          </w:p>
        </w:tc>
        <w:tc>
          <w:tcPr>
            <w:tcW w:w="829" w:type="dxa"/>
          </w:tcPr>
          <w:p w14:paraId="696788A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D4469C" w:rsidRPr="00CF2E48" w14:paraId="498A0B6C" w14:textId="77777777" w:rsidTr="00E6447A">
        <w:trPr>
          <w:jc w:val="center"/>
        </w:trPr>
        <w:tc>
          <w:tcPr>
            <w:tcW w:w="826" w:type="dxa"/>
          </w:tcPr>
          <w:p w14:paraId="3491822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Calidad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técnica</w:t>
            </w:r>
            <w:proofErr w:type="spellEnd"/>
          </w:p>
        </w:tc>
        <w:tc>
          <w:tcPr>
            <w:tcW w:w="1240" w:type="dxa"/>
          </w:tcPr>
          <w:p w14:paraId="4D39C45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Audio</w:t>
            </w:r>
          </w:p>
        </w:tc>
        <w:tc>
          <w:tcPr>
            <w:tcW w:w="1168" w:type="dxa"/>
          </w:tcPr>
          <w:p w14:paraId="3C2E18B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TEC_AUDIO</w:t>
            </w:r>
          </w:p>
        </w:tc>
        <w:tc>
          <w:tcPr>
            <w:tcW w:w="843" w:type="dxa"/>
          </w:tcPr>
          <w:p w14:paraId="4F771FE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Problemás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audio/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sonido</w:t>
            </w:r>
            <w:proofErr w:type="spellEnd"/>
          </w:p>
        </w:tc>
        <w:tc>
          <w:tcPr>
            <w:tcW w:w="3103" w:type="dxa"/>
          </w:tcPr>
          <w:p w14:paraId="280F278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Reporta dificultad para escuchar o mala calidad del audio.</w:t>
            </w:r>
          </w:p>
        </w:tc>
        <w:tc>
          <w:tcPr>
            <w:tcW w:w="1424" w:type="dxa"/>
          </w:tcPr>
          <w:p w14:paraId="686C144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no 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escuchaba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bien,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volumen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bajo,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ruido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problemás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visuales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(TEC_IMG).</w:t>
            </w:r>
          </w:p>
        </w:tc>
        <w:tc>
          <w:tcPr>
            <w:tcW w:w="2311" w:type="dxa"/>
          </w:tcPr>
          <w:p w14:paraId="15529E0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Registrar si el problema se atribuye a equipo, distancia o ruido ambiental.</w:t>
            </w:r>
          </w:p>
        </w:tc>
        <w:tc>
          <w:tcPr>
            <w:tcW w:w="877" w:type="dxa"/>
          </w:tcPr>
          <w:p w14:paraId="1D85D2F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31FAB50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79FEC37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 yo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creo que la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calidad del audio y video del planetario.</w:t>
            </w:r>
          </w:p>
        </w:tc>
        <w:tc>
          <w:tcPr>
            <w:tcW w:w="829" w:type="dxa"/>
          </w:tcPr>
          <w:p w14:paraId="3D9CF5A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¿Hubo algo que no te haya gustado, que consideres que pueda mejorar?: el planet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ario, el sonido no se escuchaba bien, y la visibilidad no era buena.</w:t>
            </w:r>
          </w:p>
        </w:tc>
      </w:tr>
      <w:tr w:rsidR="00D4469C" w:rsidRPr="00CF2E48" w14:paraId="1CDBB0B7" w14:textId="77777777" w:rsidTr="00E6447A">
        <w:trPr>
          <w:jc w:val="center"/>
        </w:trPr>
        <w:tc>
          <w:tcPr>
            <w:tcW w:w="826" w:type="dxa"/>
          </w:tcPr>
          <w:p w14:paraId="4FE507B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Calidad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técnica</w:t>
            </w:r>
            <w:proofErr w:type="spellEnd"/>
          </w:p>
        </w:tc>
        <w:tc>
          <w:tcPr>
            <w:tcW w:w="1240" w:type="dxa"/>
          </w:tcPr>
          <w:p w14:paraId="2065333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Imagen</w:t>
            </w:r>
          </w:p>
        </w:tc>
        <w:tc>
          <w:tcPr>
            <w:tcW w:w="1168" w:type="dxa"/>
          </w:tcPr>
          <w:p w14:paraId="656AD95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TEC_IMG</w:t>
            </w:r>
          </w:p>
        </w:tc>
        <w:tc>
          <w:tcPr>
            <w:tcW w:w="843" w:type="dxa"/>
          </w:tcPr>
          <w:p w14:paraId="4F20AAF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Problemás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imagen/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resolución</w:t>
            </w:r>
            <w:proofErr w:type="spellEnd"/>
          </w:p>
        </w:tc>
        <w:tc>
          <w:tcPr>
            <w:tcW w:w="3103" w:type="dxa"/>
          </w:tcPr>
          <w:p w14:paraId="334B565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Reporta baja resolución o imagen borrosa/oscura.</w:t>
            </w:r>
          </w:p>
        </w:tc>
        <w:tc>
          <w:tcPr>
            <w:tcW w:w="1424" w:type="dxa"/>
          </w:tcPr>
          <w:p w14:paraId="6C3D140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‘borroso’, ‘resolución’, ‘no se veía’.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audio (TEC_AUDIO).</w:t>
            </w:r>
          </w:p>
        </w:tc>
        <w:tc>
          <w:tcPr>
            <w:tcW w:w="2311" w:type="dxa"/>
          </w:tcPr>
          <w:p w14:paraId="7E37815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Frecuente en planetario: combinar con ACT_PLAN y SUG_AV.</w:t>
            </w:r>
          </w:p>
        </w:tc>
        <w:tc>
          <w:tcPr>
            <w:tcW w:w="877" w:type="dxa"/>
          </w:tcPr>
          <w:p w14:paraId="3269535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0DAF637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1C876F7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</w:t>
            </w:r>
            <w:r w:rsidR="00E6447A"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si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, en el planetario había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muchas gente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y estuvo muy apretado, además la resolución no era muy buena.</w:t>
            </w:r>
          </w:p>
        </w:tc>
        <w:tc>
          <w:tcPr>
            <w:tcW w:w="829" w:type="dxa"/>
          </w:tcPr>
          <w:p w14:paraId="12CB507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cómo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compararías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tu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antes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después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?,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 es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cuanto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porque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además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vimos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guiaron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s…</w:t>
            </w:r>
          </w:p>
        </w:tc>
      </w:tr>
      <w:tr w:rsidR="00D4469C" w:rsidRPr="00CF2E48" w14:paraId="3D8A06BF" w14:textId="77777777" w:rsidTr="00E6447A">
        <w:trPr>
          <w:jc w:val="center"/>
        </w:trPr>
        <w:tc>
          <w:tcPr>
            <w:tcW w:w="826" w:type="dxa"/>
          </w:tcPr>
          <w:p w14:paraId="3317262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Impacto en aprendizaje e interés</w:t>
            </w:r>
          </w:p>
        </w:tc>
        <w:tc>
          <w:tcPr>
            <w:tcW w:w="1240" w:type="dxa"/>
          </w:tcPr>
          <w:p w14:paraId="1A1ED56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</w:p>
        </w:tc>
        <w:tc>
          <w:tcPr>
            <w:tcW w:w="1168" w:type="dxa"/>
          </w:tcPr>
          <w:p w14:paraId="2BED64E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LEARN_SI</w:t>
            </w:r>
          </w:p>
        </w:tc>
        <w:tc>
          <w:tcPr>
            <w:tcW w:w="843" w:type="dxa"/>
          </w:tcPr>
          <w:p w14:paraId="4D43AF6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reportado</w:t>
            </w:r>
            <w:proofErr w:type="spellEnd"/>
          </w:p>
        </w:tc>
        <w:tc>
          <w:tcPr>
            <w:tcW w:w="3103" w:type="dxa"/>
          </w:tcPr>
          <w:p w14:paraId="38ACEDF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haber aprendido algo nuevo o reforzado conocimientos.</w:t>
            </w:r>
          </w:p>
        </w:tc>
        <w:tc>
          <w:tcPr>
            <w:tcW w:w="1424" w:type="dxa"/>
          </w:tcPr>
          <w:p w14:paraId="5D31032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Expresiones ‘aprendí’, ‘me enseñó’, ‘amplió’, ‘me recordó’.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deseo de aprender (INT_DESE) sin aprendizaje actual.</w:t>
            </w:r>
          </w:p>
        </w:tc>
        <w:tc>
          <w:tcPr>
            <w:tcW w:w="2311" w:type="dxa"/>
          </w:tcPr>
          <w:p w14:paraId="3C51D4E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Si menciona contenido específico, aplicar además LEARN_COSMOS/LEARN_TEL/LEARN_GENERO.</w:t>
            </w:r>
          </w:p>
        </w:tc>
        <w:tc>
          <w:tcPr>
            <w:tcW w:w="877" w:type="dxa"/>
          </w:tcPr>
          <w:p w14:paraId="2A6108B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¿Aprendiste algo nuevo sobre astronomía o ciencia en general?</w:t>
            </w:r>
          </w:p>
        </w:tc>
        <w:tc>
          <w:tcPr>
            <w:tcW w:w="837" w:type="dxa"/>
          </w:tcPr>
          <w:p w14:paraId="679939A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¿Aprendiste algo nuevo sobre astronomía o ciencia en general?</w:t>
            </w:r>
          </w:p>
        </w:tc>
        <w:tc>
          <w:tcPr>
            <w:tcW w:w="898" w:type="dxa"/>
          </w:tcPr>
          <w:p w14:paraId="7C46040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¿Aprendiste algo nuevo sobre astronomía o ciencia en general?</w:t>
            </w:r>
          </w:p>
        </w:tc>
        <w:tc>
          <w:tcPr>
            <w:tcW w:w="829" w:type="dxa"/>
          </w:tcPr>
          <w:p w14:paraId="25154F2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¿Aprendiste algo nuevo sobre astronomía o ciencia en general?</w:t>
            </w:r>
          </w:p>
        </w:tc>
      </w:tr>
      <w:tr w:rsidR="00D4469C" w:rsidRPr="00CF2E48" w14:paraId="5A4CC836" w14:textId="77777777" w:rsidTr="00E6447A">
        <w:trPr>
          <w:jc w:val="center"/>
        </w:trPr>
        <w:tc>
          <w:tcPr>
            <w:tcW w:w="826" w:type="dxa"/>
          </w:tcPr>
          <w:p w14:paraId="7331B21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Impacto en aprendizaje e interés</w:t>
            </w:r>
          </w:p>
        </w:tc>
        <w:tc>
          <w:tcPr>
            <w:tcW w:w="1240" w:type="dxa"/>
          </w:tcPr>
          <w:p w14:paraId="5489FAF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</w:p>
        </w:tc>
        <w:tc>
          <w:tcPr>
            <w:tcW w:w="1168" w:type="dxa"/>
          </w:tcPr>
          <w:p w14:paraId="4C6EA5A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LEARN_NO</w:t>
            </w:r>
          </w:p>
        </w:tc>
        <w:tc>
          <w:tcPr>
            <w:tcW w:w="843" w:type="dxa"/>
          </w:tcPr>
          <w:p w14:paraId="4BD51D0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olvido</w:t>
            </w:r>
            <w:proofErr w:type="spellEnd"/>
          </w:p>
        </w:tc>
        <w:tc>
          <w:tcPr>
            <w:tcW w:w="3103" w:type="dxa"/>
          </w:tcPr>
          <w:p w14:paraId="49C6917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Declara que no aprendió o que no recuerda lo visto.</w:t>
            </w:r>
          </w:p>
        </w:tc>
        <w:tc>
          <w:tcPr>
            <w:tcW w:w="1424" w:type="dxa"/>
          </w:tcPr>
          <w:p w14:paraId="61C6935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‘no’, ‘no me acuerdo’, ‘igual’.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sí menciona cualquier contenido aprendido.</w:t>
            </w:r>
          </w:p>
        </w:tc>
        <w:tc>
          <w:tcPr>
            <w:tcW w:w="2311" w:type="dxa"/>
          </w:tcPr>
          <w:p w14:paraId="1A0F2AA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Codificar también cuando hay respuestas vacías o ‘no sé’ ante preguntas de aprendizaje.</w:t>
            </w:r>
          </w:p>
        </w:tc>
        <w:tc>
          <w:tcPr>
            <w:tcW w:w="877" w:type="dxa"/>
          </w:tcPr>
          <w:p w14:paraId="52E4FFE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363AC8B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No me acuerdo, bueno me acuerdo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vivían los astronautas, que la comida de los astronautas era seca y que el agua era peligrosa en dentro del nave.</w:t>
            </w:r>
          </w:p>
        </w:tc>
        <w:tc>
          <w:tcPr>
            <w:tcW w:w="898" w:type="dxa"/>
          </w:tcPr>
          <w:p w14:paraId="0833E9D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¿Cómo compararías tu conocimiento de astronomía antes y después del evento?, pues, casi igual.</w:t>
            </w:r>
          </w:p>
        </w:tc>
        <w:tc>
          <w:tcPr>
            <w:tcW w:w="829" w:type="dxa"/>
          </w:tcPr>
          <w:p w14:paraId="4A9F3F5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mejorar?: la actividad de los telescopios ya no pude ver nada, pero no sé si por el clima o que había mucha gente</w:t>
            </w:r>
          </w:p>
        </w:tc>
      </w:tr>
      <w:tr w:rsidR="00D4469C" w:rsidRPr="00CF2E48" w14:paraId="3BB04096" w14:textId="77777777" w:rsidTr="00E6447A">
        <w:trPr>
          <w:jc w:val="center"/>
        </w:trPr>
        <w:tc>
          <w:tcPr>
            <w:tcW w:w="826" w:type="dxa"/>
          </w:tcPr>
          <w:p w14:paraId="4EA9ABE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Impacto en aprendizaje e interés</w:t>
            </w:r>
          </w:p>
        </w:tc>
        <w:tc>
          <w:tcPr>
            <w:tcW w:w="1240" w:type="dxa"/>
          </w:tcPr>
          <w:p w14:paraId="5E340F5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</w:p>
        </w:tc>
        <w:tc>
          <w:tcPr>
            <w:tcW w:w="1168" w:type="dxa"/>
          </w:tcPr>
          <w:p w14:paraId="0E3E2BD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LEARN_COSMOS</w:t>
            </w:r>
          </w:p>
        </w:tc>
        <w:tc>
          <w:tcPr>
            <w:tcW w:w="843" w:type="dxa"/>
          </w:tcPr>
          <w:p w14:paraId="0224B4C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/cosmos</w:t>
            </w:r>
          </w:p>
        </w:tc>
        <w:tc>
          <w:tcPr>
            <w:tcW w:w="3103" w:type="dxa"/>
          </w:tcPr>
          <w:p w14:paraId="55379EF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contenidos sobre planetas, sistema solar, constelaciones, luna, universo.</w:t>
            </w:r>
          </w:p>
        </w:tc>
        <w:tc>
          <w:tcPr>
            <w:tcW w:w="1424" w:type="dxa"/>
          </w:tcPr>
          <w:p w14:paraId="51DB3D4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Referencia explícita a contenidos astronómicos.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aprendizaje sobre telescopios (LEARN_TEL) o género (LEARN_GENERO).</w:t>
            </w:r>
          </w:p>
        </w:tc>
        <w:tc>
          <w:tcPr>
            <w:tcW w:w="2311" w:type="dxa"/>
          </w:tcPr>
          <w:p w14:paraId="62CBD1A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Añadir nota si menciona un contenido concreto (p. ej., ‘fases de la luna’).</w:t>
            </w:r>
          </w:p>
        </w:tc>
        <w:tc>
          <w:tcPr>
            <w:tcW w:w="877" w:type="dxa"/>
          </w:tcPr>
          <w:p w14:paraId="4037826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evento?:   el planetario, taller de niños cósmicos, exposición fotográfica, presentación de videos</w:t>
            </w:r>
          </w:p>
        </w:tc>
        <w:tc>
          <w:tcPr>
            <w:tcW w:w="837" w:type="dxa"/>
          </w:tcPr>
          <w:p w14:paraId="2C91CDB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evento?: taller de niños cósmicos, nos metimos al planetario y lo del telescopio (observación astronómica).</w:t>
            </w:r>
          </w:p>
        </w:tc>
        <w:tc>
          <w:tcPr>
            <w:tcW w:w="898" w:type="dxa"/>
          </w:tcPr>
          <w:p w14:paraId="708D660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evento?: Taller de niños cósmicos, nos metimos al planetario, exposición fotográfica,</w:t>
            </w:r>
          </w:p>
        </w:tc>
        <w:tc>
          <w:tcPr>
            <w:tcW w:w="829" w:type="dxa"/>
          </w:tcPr>
          <w:p w14:paraId="7B8F189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Qué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estudiando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Universidad</w:t>
            </w:r>
          </w:p>
        </w:tc>
      </w:tr>
      <w:tr w:rsidR="00D4469C" w:rsidRPr="00CF2E48" w14:paraId="324D2FF4" w14:textId="77777777" w:rsidTr="00E6447A">
        <w:trPr>
          <w:jc w:val="center"/>
        </w:trPr>
        <w:tc>
          <w:tcPr>
            <w:tcW w:w="826" w:type="dxa"/>
          </w:tcPr>
          <w:p w14:paraId="73AA969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Impacto en aprendizaje e interés</w:t>
            </w:r>
          </w:p>
        </w:tc>
        <w:tc>
          <w:tcPr>
            <w:tcW w:w="1240" w:type="dxa"/>
          </w:tcPr>
          <w:p w14:paraId="725F8EA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</w:p>
        </w:tc>
        <w:tc>
          <w:tcPr>
            <w:tcW w:w="1168" w:type="dxa"/>
          </w:tcPr>
          <w:p w14:paraId="56F12D5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LEARN_TEL</w:t>
            </w:r>
          </w:p>
        </w:tc>
        <w:tc>
          <w:tcPr>
            <w:tcW w:w="843" w:type="dxa"/>
          </w:tcPr>
          <w:p w14:paraId="7D64EF6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observación</w:t>
            </w:r>
            <w:proofErr w:type="spellEnd"/>
          </w:p>
        </w:tc>
        <w:tc>
          <w:tcPr>
            <w:tcW w:w="3103" w:type="dxa"/>
          </w:tcPr>
          <w:p w14:paraId="2441B80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aprendizaje sobre telescopios (componentes/uso) u observación.</w:t>
            </w:r>
          </w:p>
        </w:tc>
        <w:tc>
          <w:tcPr>
            <w:tcW w:w="1424" w:type="dxa"/>
          </w:tcPr>
          <w:p w14:paraId="083DF4C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Referencia explícita a aprender a usar telescopio o sus partes.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solo pide más telescopios (SUG_MAS_TELE).</w:t>
            </w:r>
          </w:p>
        </w:tc>
        <w:tc>
          <w:tcPr>
            <w:tcW w:w="2311" w:type="dxa"/>
          </w:tcPr>
          <w:p w14:paraId="4BE4696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Puede coexistir con ACT_TELE; aquí el foco es el aprendizaje.</w:t>
            </w:r>
          </w:p>
        </w:tc>
        <w:tc>
          <w:tcPr>
            <w:tcW w:w="877" w:type="dxa"/>
          </w:tcPr>
          <w:p w14:paraId="14ABAE7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194FF6B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2BB8F09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Mm, sí de los componentes de los telescopios.</w:t>
            </w:r>
          </w:p>
        </w:tc>
        <w:tc>
          <w:tcPr>
            <w:tcW w:w="829" w:type="dxa"/>
          </w:tcPr>
          <w:p w14:paraId="70F2EBC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D4469C" w:rsidRPr="00CF2E48" w14:paraId="1E94CC1F" w14:textId="77777777" w:rsidTr="00E6447A">
        <w:trPr>
          <w:jc w:val="center"/>
        </w:trPr>
        <w:tc>
          <w:tcPr>
            <w:tcW w:w="826" w:type="dxa"/>
          </w:tcPr>
          <w:p w14:paraId="56356FB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Impacto en aprendizaje e interés</w:t>
            </w:r>
          </w:p>
        </w:tc>
        <w:tc>
          <w:tcPr>
            <w:tcW w:w="1240" w:type="dxa"/>
          </w:tcPr>
          <w:p w14:paraId="5B0AC12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</w:p>
        </w:tc>
        <w:tc>
          <w:tcPr>
            <w:tcW w:w="1168" w:type="dxa"/>
          </w:tcPr>
          <w:p w14:paraId="46A0C59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LEARN_GENERO</w:t>
            </w:r>
          </w:p>
        </w:tc>
        <w:tc>
          <w:tcPr>
            <w:tcW w:w="843" w:type="dxa"/>
          </w:tcPr>
          <w:p w14:paraId="20C821B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Mujeres en la ciencia/género (contenido)</w:t>
            </w:r>
          </w:p>
        </w:tc>
        <w:tc>
          <w:tcPr>
            <w:tcW w:w="3103" w:type="dxa"/>
          </w:tcPr>
          <w:p w14:paraId="38C1713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aprendizajes sobre mujeres en la ciencia, empoderamiento o desigualdad.</w:t>
            </w:r>
          </w:p>
        </w:tc>
        <w:tc>
          <w:tcPr>
            <w:tcW w:w="1424" w:type="dxa"/>
          </w:tcPr>
          <w:p w14:paraId="70215D1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Incluir: Referencia a rol de la mujer, participación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de mujeres, empoderamiento.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el tono dominante es incomodidad/queja (GEN_INCOM).</w:t>
            </w:r>
          </w:p>
        </w:tc>
        <w:tc>
          <w:tcPr>
            <w:tcW w:w="2311" w:type="dxa"/>
          </w:tcPr>
          <w:p w14:paraId="4AFD1CD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Registrar si se vincula a motivación vocacional o reflexión social.</w:t>
            </w:r>
          </w:p>
        </w:tc>
        <w:tc>
          <w:tcPr>
            <w:tcW w:w="877" w:type="dxa"/>
          </w:tcPr>
          <w:p w14:paraId="6B4823B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Entrevista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P2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Mujer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):</w:t>
            </w:r>
          </w:p>
        </w:tc>
        <w:tc>
          <w:tcPr>
            <w:tcW w:w="837" w:type="dxa"/>
          </w:tcPr>
          <w:p w14:paraId="498F2BD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1492142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29" w:type="dxa"/>
          </w:tcPr>
          <w:p w14:paraId="431BDA5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Entrevista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U2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Mujer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):</w:t>
            </w:r>
          </w:p>
        </w:tc>
      </w:tr>
      <w:tr w:rsidR="00D4469C" w:rsidRPr="00CF2E48" w14:paraId="1970636B" w14:textId="77777777" w:rsidTr="00E6447A">
        <w:trPr>
          <w:jc w:val="center"/>
        </w:trPr>
        <w:tc>
          <w:tcPr>
            <w:tcW w:w="826" w:type="dxa"/>
          </w:tcPr>
          <w:p w14:paraId="4D678CC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Impacto en aprendizaje e interés</w:t>
            </w:r>
          </w:p>
        </w:tc>
        <w:tc>
          <w:tcPr>
            <w:tcW w:w="1240" w:type="dxa"/>
          </w:tcPr>
          <w:p w14:paraId="1890FED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Cambio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percibido</w:t>
            </w:r>
            <w:proofErr w:type="spellEnd"/>
          </w:p>
        </w:tc>
        <w:tc>
          <w:tcPr>
            <w:tcW w:w="1168" w:type="dxa"/>
          </w:tcPr>
          <w:p w14:paraId="0D8C852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CHG_MAS</w:t>
            </w:r>
          </w:p>
        </w:tc>
        <w:tc>
          <w:tcPr>
            <w:tcW w:w="843" w:type="dxa"/>
          </w:tcPr>
          <w:p w14:paraId="62DDBC6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aumentó</w:t>
            </w:r>
            <w:proofErr w:type="spellEnd"/>
          </w:p>
        </w:tc>
        <w:tc>
          <w:tcPr>
            <w:tcW w:w="3103" w:type="dxa"/>
          </w:tcPr>
          <w:p w14:paraId="6F90B57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Indica que su conocimiento mejoró o se amplió tras el evento.</w:t>
            </w:r>
          </w:p>
        </w:tc>
        <w:tc>
          <w:tcPr>
            <w:tcW w:w="1424" w:type="dxa"/>
          </w:tcPr>
          <w:p w14:paraId="1D8DB8F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Expresiones de incremento (‘mejoró’, ‘se amplió’).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dice ‘igual’ (CHG_IGUAL).</w:t>
            </w:r>
          </w:p>
        </w:tc>
        <w:tc>
          <w:tcPr>
            <w:tcW w:w="2311" w:type="dxa"/>
          </w:tcPr>
          <w:p w14:paraId="60FCF05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Distinguir de LEARN_SI: aquí compara antes/después explícitamente.</w:t>
            </w:r>
          </w:p>
        </w:tc>
        <w:tc>
          <w:tcPr>
            <w:tcW w:w="877" w:type="dxa"/>
          </w:tcPr>
          <w:p w14:paraId="629DC81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 No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,</w:t>
            </w:r>
          </w:p>
        </w:tc>
        <w:tc>
          <w:tcPr>
            <w:tcW w:w="837" w:type="dxa"/>
          </w:tcPr>
          <w:p w14:paraId="5A12364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8 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 No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todo estuvo bien, o sea, te atendían bien y te llevaban a las salas para dirigirte a las actividades.</w:t>
            </w:r>
          </w:p>
        </w:tc>
        <w:tc>
          <w:tcPr>
            <w:tcW w:w="898" w:type="dxa"/>
          </w:tcPr>
          <w:p w14:paraId="07B941C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 yo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creo que la calidad del audio y video del planetario.</w:t>
            </w:r>
          </w:p>
        </w:tc>
        <w:tc>
          <w:tcPr>
            <w:tcW w:w="829" w:type="dxa"/>
          </w:tcPr>
          <w:p w14:paraId="691D05B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 No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, sería la conferencia, a veces me incomodé.</w:t>
            </w:r>
          </w:p>
        </w:tc>
      </w:tr>
      <w:tr w:rsidR="00D4469C" w:rsidRPr="00CF2E48" w14:paraId="370FACE0" w14:textId="77777777" w:rsidTr="00E6447A">
        <w:trPr>
          <w:jc w:val="center"/>
        </w:trPr>
        <w:tc>
          <w:tcPr>
            <w:tcW w:w="826" w:type="dxa"/>
          </w:tcPr>
          <w:p w14:paraId="07A2CCF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Impacto en aprendizaje e interés</w:t>
            </w:r>
          </w:p>
        </w:tc>
        <w:tc>
          <w:tcPr>
            <w:tcW w:w="1240" w:type="dxa"/>
          </w:tcPr>
          <w:p w14:paraId="0B9E42C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Cambio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percibido</w:t>
            </w:r>
            <w:proofErr w:type="spellEnd"/>
          </w:p>
        </w:tc>
        <w:tc>
          <w:tcPr>
            <w:tcW w:w="1168" w:type="dxa"/>
          </w:tcPr>
          <w:p w14:paraId="5174895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CHG_IGUAL</w:t>
            </w:r>
          </w:p>
        </w:tc>
        <w:tc>
          <w:tcPr>
            <w:tcW w:w="843" w:type="dxa"/>
          </w:tcPr>
          <w:p w14:paraId="7EC669A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igual</w:t>
            </w:r>
            <w:proofErr w:type="spellEnd"/>
          </w:p>
        </w:tc>
        <w:tc>
          <w:tcPr>
            <w:tcW w:w="3103" w:type="dxa"/>
          </w:tcPr>
          <w:p w14:paraId="1CD1418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Reporta que su conocimiento quedó igual o casi igual.</w:t>
            </w:r>
          </w:p>
        </w:tc>
        <w:tc>
          <w:tcPr>
            <w:tcW w:w="1424" w:type="dxa"/>
          </w:tcPr>
          <w:p w14:paraId="22CCBC7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‘igual’, ‘casi igual’.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 xml:space="preserve">Excluir: No usar si describe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mejoras parciales.</w:t>
            </w:r>
          </w:p>
        </w:tc>
        <w:tc>
          <w:tcPr>
            <w:tcW w:w="2311" w:type="dxa"/>
          </w:tcPr>
          <w:p w14:paraId="236770A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Anotar si la razón es ‘ya sabía’ (conocimiento previo alto).</w:t>
            </w:r>
          </w:p>
        </w:tc>
        <w:tc>
          <w:tcPr>
            <w:tcW w:w="877" w:type="dxa"/>
          </w:tcPr>
          <w:p w14:paraId="5258C84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3308F67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¿cómo compararías tu conoci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miento de astronomía antes y después del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 pues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igual</w:t>
            </w:r>
          </w:p>
        </w:tc>
        <w:tc>
          <w:tcPr>
            <w:tcW w:w="898" w:type="dxa"/>
          </w:tcPr>
          <w:p w14:paraId="79E3C11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¿cómo compararías tu conocimiento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de astronomía antes y después del evento?, pues, casi igual.</w:t>
            </w:r>
          </w:p>
        </w:tc>
        <w:tc>
          <w:tcPr>
            <w:tcW w:w="829" w:type="dxa"/>
          </w:tcPr>
          <w:p w14:paraId="3173805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—</w:t>
            </w:r>
          </w:p>
        </w:tc>
      </w:tr>
      <w:tr w:rsidR="00D4469C" w:rsidRPr="00CF2E48" w14:paraId="1660954D" w14:textId="77777777" w:rsidTr="00E6447A">
        <w:trPr>
          <w:jc w:val="center"/>
        </w:trPr>
        <w:tc>
          <w:tcPr>
            <w:tcW w:w="826" w:type="dxa"/>
          </w:tcPr>
          <w:p w14:paraId="6F67DF5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Impacto en aprendizaje e interés</w:t>
            </w:r>
          </w:p>
        </w:tc>
        <w:tc>
          <w:tcPr>
            <w:tcW w:w="1240" w:type="dxa"/>
          </w:tcPr>
          <w:p w14:paraId="7EF0283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Cambio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percibido</w:t>
            </w:r>
            <w:proofErr w:type="spellEnd"/>
          </w:p>
        </w:tc>
        <w:tc>
          <w:tcPr>
            <w:tcW w:w="1168" w:type="dxa"/>
          </w:tcPr>
          <w:p w14:paraId="5E44439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CHG_REF</w:t>
            </w:r>
          </w:p>
        </w:tc>
        <w:tc>
          <w:tcPr>
            <w:tcW w:w="843" w:type="dxa"/>
          </w:tcPr>
          <w:p w14:paraId="7BE2B25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Refuerzo/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recordatorio</w:t>
            </w:r>
            <w:proofErr w:type="spellEnd"/>
          </w:p>
        </w:tc>
        <w:tc>
          <w:tcPr>
            <w:tcW w:w="3103" w:type="dxa"/>
          </w:tcPr>
          <w:p w14:paraId="42E0279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Señala que recordó o refrescó conocimientos previos.</w:t>
            </w:r>
          </w:p>
        </w:tc>
        <w:tc>
          <w:tcPr>
            <w:tcW w:w="1424" w:type="dxa"/>
          </w:tcPr>
          <w:p w14:paraId="2C5CAFD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‘me recordó’, ‘refrescó’, ‘se refrescaron’.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aprendizaje completamente nuevo sin referencia a ‘recordar’.</w:t>
            </w:r>
          </w:p>
        </w:tc>
        <w:tc>
          <w:tcPr>
            <w:tcW w:w="2311" w:type="dxa"/>
          </w:tcPr>
          <w:p w14:paraId="7AD2A3F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Puede ser puente entre LEARN_SI y CHG_IGUAL (refuerzo sin cambio grande).</w:t>
            </w:r>
          </w:p>
        </w:tc>
        <w:tc>
          <w:tcPr>
            <w:tcW w:w="877" w:type="dxa"/>
          </w:tcPr>
          <w:p w14:paraId="7DE94B4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79F9586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6DC051A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refrescaron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mis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conocimientos</w:t>
            </w:r>
            <w:proofErr w:type="spellEnd"/>
          </w:p>
        </w:tc>
        <w:tc>
          <w:tcPr>
            <w:tcW w:w="829" w:type="dxa"/>
          </w:tcPr>
          <w:p w14:paraId="0608B05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D4469C" w:rsidRPr="00CF2E48" w14:paraId="0356EFBB" w14:textId="77777777" w:rsidTr="00E6447A">
        <w:trPr>
          <w:jc w:val="center"/>
        </w:trPr>
        <w:tc>
          <w:tcPr>
            <w:tcW w:w="826" w:type="dxa"/>
          </w:tcPr>
          <w:p w14:paraId="124C733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Impacto en aprendizaje e interés</w:t>
            </w:r>
          </w:p>
        </w:tc>
        <w:tc>
          <w:tcPr>
            <w:tcW w:w="1240" w:type="dxa"/>
          </w:tcPr>
          <w:p w14:paraId="19EC6FA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conducta</w:t>
            </w:r>
            <w:proofErr w:type="spellEnd"/>
          </w:p>
        </w:tc>
        <w:tc>
          <w:tcPr>
            <w:tcW w:w="1168" w:type="dxa"/>
          </w:tcPr>
          <w:p w14:paraId="1E832FE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INT_BUSCA</w:t>
            </w:r>
          </w:p>
        </w:tc>
        <w:tc>
          <w:tcPr>
            <w:tcW w:w="843" w:type="dxa"/>
          </w:tcPr>
          <w:p w14:paraId="29D0B40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Búsqueda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</w:p>
        </w:tc>
        <w:tc>
          <w:tcPr>
            <w:tcW w:w="3103" w:type="dxa"/>
          </w:tcPr>
          <w:p w14:paraId="4696B8C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Reporta búsqueda posterior de información (internet, YouTube, libros).</w:t>
            </w:r>
          </w:p>
        </w:tc>
        <w:tc>
          <w:tcPr>
            <w:tcW w:w="1424" w:type="dxa"/>
          </w:tcPr>
          <w:p w14:paraId="1F3C3E8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Dice que investigó, buscó videos, leyó o consultó información después del evento.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(INT_DESE).</w:t>
            </w:r>
          </w:p>
        </w:tc>
        <w:tc>
          <w:tcPr>
            <w:tcW w:w="2311" w:type="dxa"/>
          </w:tcPr>
          <w:p w14:paraId="65389C4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canal: internet, redes, libros, docentes, etc.</w:t>
            </w:r>
          </w:p>
        </w:tc>
        <w:tc>
          <w:tcPr>
            <w:tcW w:w="877" w:type="dxa"/>
          </w:tcPr>
          <w:p w14:paraId="47CF858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¿En qué actividades participaste en el evento?:   el planetario, taller de niños cósmicos, exposición fotográfica, presentación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de videos</w:t>
            </w:r>
          </w:p>
        </w:tc>
        <w:tc>
          <w:tcPr>
            <w:tcW w:w="837" w:type="dxa"/>
          </w:tcPr>
          <w:p w14:paraId="7F42D8B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interesado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Saliendo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estuve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videos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internet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comentando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mis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compañeros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98" w:type="dxa"/>
          </w:tcPr>
          <w:p w14:paraId="4281FA8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interesado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</w:p>
        </w:tc>
        <w:tc>
          <w:tcPr>
            <w:tcW w:w="829" w:type="dxa"/>
          </w:tcPr>
          <w:p w14:paraId="0F747FC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¿Qué fue lo que más te gustó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 El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planetario (domo), y antes de la conferencia nos mostraron videos que me gustar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on mucho</w:t>
            </w:r>
          </w:p>
        </w:tc>
      </w:tr>
      <w:tr w:rsidR="00D4469C" w:rsidRPr="00CF2E48" w14:paraId="61E1732A" w14:textId="77777777" w:rsidTr="00E6447A">
        <w:trPr>
          <w:jc w:val="center"/>
        </w:trPr>
        <w:tc>
          <w:tcPr>
            <w:tcW w:w="826" w:type="dxa"/>
          </w:tcPr>
          <w:p w14:paraId="393784C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Impacto en aprendizaje e interés</w:t>
            </w:r>
          </w:p>
        </w:tc>
        <w:tc>
          <w:tcPr>
            <w:tcW w:w="1240" w:type="dxa"/>
          </w:tcPr>
          <w:p w14:paraId="21ED370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conducta</w:t>
            </w:r>
            <w:proofErr w:type="spellEnd"/>
          </w:p>
        </w:tc>
        <w:tc>
          <w:tcPr>
            <w:tcW w:w="1168" w:type="dxa"/>
          </w:tcPr>
          <w:p w14:paraId="24641F7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INT_DESE</w:t>
            </w:r>
          </w:p>
        </w:tc>
        <w:tc>
          <w:tcPr>
            <w:tcW w:w="843" w:type="dxa"/>
          </w:tcPr>
          <w:p w14:paraId="30180CF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acción</w:t>
            </w:r>
            <w:proofErr w:type="spellEnd"/>
          </w:p>
        </w:tc>
        <w:tc>
          <w:tcPr>
            <w:tcW w:w="3103" w:type="dxa"/>
          </w:tcPr>
          <w:p w14:paraId="25B65FC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Expresa deseo de aprender más sin evidenciar acciones posteriores.</w:t>
            </w:r>
          </w:p>
        </w:tc>
        <w:tc>
          <w:tcPr>
            <w:tcW w:w="1424" w:type="dxa"/>
          </w:tcPr>
          <w:p w14:paraId="608565C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‘me gustaría’, ‘me interesaría’, ‘quisiera’.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hay búsqueda real (INT_BUSCA).</w:t>
            </w:r>
          </w:p>
        </w:tc>
        <w:tc>
          <w:tcPr>
            <w:tcW w:w="2311" w:type="dxa"/>
          </w:tcPr>
          <w:p w14:paraId="789D7EB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Puede coexistir con MOT_MAS si también habla de participar de nuevo.</w:t>
            </w:r>
          </w:p>
        </w:tc>
        <w:tc>
          <w:tcPr>
            <w:tcW w:w="877" w:type="dxa"/>
          </w:tcPr>
          <w:p w14:paraId="4D1432D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Sí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me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gustaría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37" w:type="dxa"/>
          </w:tcPr>
          <w:p w14:paraId="1AF01B1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 gustaría que nos enseñaran sobre las plantas y huertos.</w:t>
            </w:r>
          </w:p>
        </w:tc>
        <w:tc>
          <w:tcPr>
            <w:tcW w:w="898" w:type="dxa"/>
          </w:tcPr>
          <w:p w14:paraId="084BC37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En astronomía </w:t>
            </w:r>
            <w:r w:rsidR="00447E2D"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no, Pero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en mi módulo, que es como de tomar muestras de agua, de suelo, me interesaría más eso.</w:t>
            </w:r>
          </w:p>
        </w:tc>
        <w:tc>
          <w:tcPr>
            <w:tcW w:w="829" w:type="dxa"/>
          </w:tcPr>
          <w:p w14:paraId="5D96164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¿Qué fue lo que más te gustó</w:t>
            </w:r>
            <w:r w:rsidR="00447E2D"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El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planetario (domo), y antes de la conferencia nos mostraron videos que me gustaron mucho</w:t>
            </w:r>
          </w:p>
        </w:tc>
      </w:tr>
      <w:tr w:rsidR="00D4469C" w:rsidRPr="00CF2E48" w14:paraId="2BF525D9" w14:textId="77777777" w:rsidTr="00E6447A">
        <w:trPr>
          <w:jc w:val="center"/>
        </w:trPr>
        <w:tc>
          <w:tcPr>
            <w:tcW w:w="826" w:type="dxa"/>
          </w:tcPr>
          <w:p w14:paraId="210BF62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Impacto en aprendizaje e interés</w:t>
            </w:r>
          </w:p>
        </w:tc>
        <w:tc>
          <w:tcPr>
            <w:tcW w:w="1240" w:type="dxa"/>
          </w:tcPr>
          <w:p w14:paraId="62EE7B6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conducta</w:t>
            </w:r>
            <w:proofErr w:type="spellEnd"/>
          </w:p>
        </w:tc>
        <w:tc>
          <w:tcPr>
            <w:tcW w:w="1168" w:type="dxa"/>
          </w:tcPr>
          <w:p w14:paraId="7201CED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INT_NO</w:t>
            </w:r>
          </w:p>
        </w:tc>
        <w:tc>
          <w:tcPr>
            <w:tcW w:w="843" w:type="dxa"/>
          </w:tcPr>
          <w:p w14:paraId="4A695B4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/sin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</w:t>
            </w:r>
            <w:proofErr w:type="spellEnd"/>
          </w:p>
        </w:tc>
        <w:tc>
          <w:tcPr>
            <w:tcW w:w="3103" w:type="dxa"/>
          </w:tcPr>
          <w:p w14:paraId="46DED98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Expresa desinterés o falta de tiempo para profundizar.</w:t>
            </w:r>
          </w:p>
        </w:tc>
        <w:tc>
          <w:tcPr>
            <w:tcW w:w="1424" w:type="dxa"/>
          </w:tcPr>
          <w:p w14:paraId="6E4CE99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‘no’, ‘no tengo tiempo’, ‘no me interesa’.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la negativa se refiere a otra pregunta.</w:t>
            </w:r>
          </w:p>
        </w:tc>
        <w:tc>
          <w:tcPr>
            <w:tcW w:w="2311" w:type="dxa"/>
          </w:tcPr>
          <w:p w14:paraId="17AAFB6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razón: tiempo, preferencias, carga escolar, etc.</w:t>
            </w:r>
          </w:p>
        </w:tc>
        <w:tc>
          <w:tcPr>
            <w:tcW w:w="877" w:type="dxa"/>
          </w:tcPr>
          <w:p w14:paraId="157AC63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221380E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6145E67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29" w:type="dxa"/>
          </w:tcPr>
          <w:p w14:paraId="51A7C31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interesado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verdad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no,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porque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tengo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D4469C" w:rsidRPr="00CF2E48" w14:paraId="374497E9" w14:textId="77777777" w:rsidTr="00E6447A">
        <w:trPr>
          <w:jc w:val="center"/>
        </w:trPr>
        <w:tc>
          <w:tcPr>
            <w:tcW w:w="826" w:type="dxa"/>
          </w:tcPr>
          <w:p w14:paraId="76B9C86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Impacto social</w:t>
            </w:r>
          </w:p>
        </w:tc>
        <w:tc>
          <w:tcPr>
            <w:tcW w:w="1240" w:type="dxa"/>
          </w:tcPr>
          <w:p w14:paraId="5049F7B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Difusión</w:t>
            </w:r>
            <w:proofErr w:type="spellEnd"/>
          </w:p>
        </w:tc>
        <w:tc>
          <w:tcPr>
            <w:tcW w:w="1168" w:type="dxa"/>
          </w:tcPr>
          <w:p w14:paraId="40B0779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SOC_COMP</w:t>
            </w:r>
          </w:p>
        </w:tc>
        <w:tc>
          <w:tcPr>
            <w:tcW w:w="843" w:type="dxa"/>
          </w:tcPr>
          <w:p w14:paraId="4CE9262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Compartió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familia/amigos</w:t>
            </w:r>
          </w:p>
        </w:tc>
        <w:tc>
          <w:tcPr>
            <w:tcW w:w="3103" w:type="dxa"/>
          </w:tcPr>
          <w:p w14:paraId="2769DD3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que contó o compartió lo aprendido con familia, amistades o compañeros.</w:t>
            </w:r>
          </w:p>
        </w:tc>
        <w:tc>
          <w:tcPr>
            <w:tcW w:w="1424" w:type="dxa"/>
          </w:tcPr>
          <w:p w14:paraId="23587D8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‘le platiqué’, ‘les conté’, ‘con mi mamá/papá/amigos’.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comentarios vagos sin destinatario.</w:t>
            </w:r>
          </w:p>
        </w:tc>
        <w:tc>
          <w:tcPr>
            <w:tcW w:w="2311" w:type="dxa"/>
          </w:tcPr>
          <w:p w14:paraId="14D4186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destinatario: familia, compañeros, docentes.</w:t>
            </w:r>
          </w:p>
        </w:tc>
        <w:tc>
          <w:tcPr>
            <w:tcW w:w="877" w:type="dxa"/>
          </w:tcPr>
          <w:p w14:paraId="27BA07E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¿Has compartido lo que aprendiste en el evento con familiares o amigos?: si, con mis papás.</w:t>
            </w:r>
          </w:p>
        </w:tc>
        <w:tc>
          <w:tcPr>
            <w:tcW w:w="837" w:type="dxa"/>
          </w:tcPr>
          <w:p w14:paraId="26CD2D5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¿Has compartido lo que aprendiste en el evento con familiares o amigos?: con mi mamá platiqué de todo lo que me gustó.</w:t>
            </w:r>
          </w:p>
        </w:tc>
        <w:tc>
          <w:tcPr>
            <w:tcW w:w="898" w:type="dxa"/>
          </w:tcPr>
          <w:p w14:paraId="28520E7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¿Has compartido lo que aprendiste en el evento con familiares o amigos?: con familiares</w:t>
            </w:r>
          </w:p>
        </w:tc>
        <w:tc>
          <w:tcPr>
            <w:tcW w:w="829" w:type="dxa"/>
          </w:tcPr>
          <w:p w14:paraId="6F01E89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¿Has compartido lo que aprendiste en el evento con familiares o amigos?: si, con mi madre y mi hermano.</w:t>
            </w:r>
          </w:p>
        </w:tc>
      </w:tr>
      <w:tr w:rsidR="00D4469C" w:rsidRPr="00CF2E48" w14:paraId="292596D9" w14:textId="77777777" w:rsidTr="00E6447A">
        <w:trPr>
          <w:jc w:val="center"/>
        </w:trPr>
        <w:tc>
          <w:tcPr>
            <w:tcW w:w="826" w:type="dxa"/>
          </w:tcPr>
          <w:p w14:paraId="5D84A22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</w:t>
            </w:r>
            <w:proofErr w:type="spellEnd"/>
          </w:p>
        </w:tc>
        <w:tc>
          <w:tcPr>
            <w:tcW w:w="1240" w:type="dxa"/>
          </w:tcPr>
          <w:p w14:paraId="444EA51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participar</w:t>
            </w:r>
            <w:proofErr w:type="spellEnd"/>
          </w:p>
        </w:tc>
        <w:tc>
          <w:tcPr>
            <w:tcW w:w="1168" w:type="dxa"/>
          </w:tcPr>
          <w:p w14:paraId="181F354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MOT_MAS</w:t>
            </w:r>
          </w:p>
        </w:tc>
        <w:tc>
          <w:tcPr>
            <w:tcW w:w="843" w:type="dxa"/>
          </w:tcPr>
          <w:p w14:paraId="004C805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Motivación a participar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de nuevo</w:t>
            </w:r>
          </w:p>
        </w:tc>
        <w:tc>
          <w:tcPr>
            <w:tcW w:w="3103" w:type="dxa"/>
          </w:tcPr>
          <w:p w14:paraId="11E3B03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Expresa deseo de participar en más actividades o futuras ediciones.</w:t>
            </w:r>
          </w:p>
        </w:tc>
        <w:tc>
          <w:tcPr>
            <w:tcW w:w="1424" w:type="dxa"/>
          </w:tcPr>
          <w:p w14:paraId="66EC136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‘sí’, ‘me gustaría volver’, ‘participar más’.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es solo interés temático sin participación.</w:t>
            </w:r>
          </w:p>
        </w:tc>
        <w:tc>
          <w:tcPr>
            <w:tcW w:w="2311" w:type="dxa"/>
          </w:tcPr>
          <w:p w14:paraId="09B26F4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si la motivación es por aprendizaje, diversión o convivencia.</w:t>
            </w:r>
          </w:p>
        </w:tc>
        <w:tc>
          <w:tcPr>
            <w:tcW w:w="877" w:type="dxa"/>
          </w:tcPr>
          <w:p w14:paraId="1D64070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Participar en más actividades de divulgación.</w:t>
            </w:r>
          </w:p>
        </w:tc>
        <w:tc>
          <w:tcPr>
            <w:tcW w:w="837" w:type="dxa"/>
          </w:tcPr>
          <w:p w14:paraId="216E8AA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Participar en más actividades de divulgación.</w:t>
            </w:r>
          </w:p>
        </w:tc>
        <w:tc>
          <w:tcPr>
            <w:tcW w:w="898" w:type="dxa"/>
          </w:tcPr>
          <w:p w14:paraId="28C942B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Participar en más actividades de divulgación.</w:t>
            </w:r>
          </w:p>
        </w:tc>
        <w:tc>
          <w:tcPr>
            <w:tcW w:w="829" w:type="dxa"/>
          </w:tcPr>
          <w:p w14:paraId="4C1051F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Participar en más actividades de divulgación.</w:t>
            </w:r>
          </w:p>
        </w:tc>
      </w:tr>
      <w:tr w:rsidR="00D4469C" w:rsidRPr="00CF2E48" w14:paraId="3D8002F1" w14:textId="77777777" w:rsidTr="00E6447A">
        <w:trPr>
          <w:jc w:val="center"/>
        </w:trPr>
        <w:tc>
          <w:tcPr>
            <w:tcW w:w="826" w:type="dxa"/>
          </w:tcPr>
          <w:p w14:paraId="2218D10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</w:t>
            </w:r>
            <w:proofErr w:type="spellEnd"/>
          </w:p>
        </w:tc>
        <w:tc>
          <w:tcPr>
            <w:tcW w:w="1240" w:type="dxa"/>
          </w:tcPr>
          <w:p w14:paraId="2D18F83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Frecuencia</w:t>
            </w:r>
            <w:proofErr w:type="spellEnd"/>
          </w:p>
        </w:tc>
        <w:tc>
          <w:tcPr>
            <w:tcW w:w="1168" w:type="dxa"/>
          </w:tcPr>
          <w:p w14:paraId="31F6AED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MOT_MAS_SEGUIDO</w:t>
            </w:r>
          </w:p>
        </w:tc>
        <w:tc>
          <w:tcPr>
            <w:tcW w:w="843" w:type="dxa"/>
          </w:tcPr>
          <w:p w14:paraId="5F9F5B8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Deseo de mayor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frecuencia</w:t>
            </w:r>
            <w:proofErr w:type="spellEnd"/>
          </w:p>
        </w:tc>
        <w:tc>
          <w:tcPr>
            <w:tcW w:w="3103" w:type="dxa"/>
          </w:tcPr>
          <w:p w14:paraId="7F8744E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Sugiere que se realice el evento más seguido o con mayor continuidad.</w:t>
            </w:r>
          </w:p>
        </w:tc>
        <w:tc>
          <w:tcPr>
            <w:tcW w:w="1424" w:type="dxa"/>
          </w:tcPr>
          <w:p w14:paraId="036C0DB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‘más seguido’, ‘más frecuente’.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sugerencias de contenido (FUT_*).</w:t>
            </w:r>
          </w:p>
        </w:tc>
        <w:tc>
          <w:tcPr>
            <w:tcW w:w="2311" w:type="dxa"/>
          </w:tcPr>
          <w:p w14:paraId="6357FD2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Puede combinarse con ORG_TIEMPO si pide más duración.</w:t>
            </w:r>
          </w:p>
        </w:tc>
        <w:tc>
          <w:tcPr>
            <w:tcW w:w="877" w:type="dxa"/>
          </w:tcPr>
          <w:p w14:paraId="4198884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13B1F3D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2CE3B72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29" w:type="dxa"/>
          </w:tcPr>
          <w:p w14:paraId="36F704C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¿Cómo fue tu experiencia en el evento de Puerta Politécnica?:   muy bonita, visualmente se aprende mucho, creo que lo deberían de hacer más seguido.</w:t>
            </w:r>
          </w:p>
        </w:tc>
      </w:tr>
      <w:tr w:rsidR="00D4469C" w:rsidRPr="00CF2E48" w14:paraId="73633DFB" w14:textId="77777777" w:rsidTr="00E6447A">
        <w:trPr>
          <w:jc w:val="center"/>
        </w:trPr>
        <w:tc>
          <w:tcPr>
            <w:tcW w:w="826" w:type="dxa"/>
          </w:tcPr>
          <w:p w14:paraId="72FDA28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Sugerencias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</w:p>
        </w:tc>
        <w:tc>
          <w:tcPr>
            <w:tcW w:w="1240" w:type="dxa"/>
          </w:tcPr>
          <w:p w14:paraId="0751F49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técnicas</w:t>
            </w:r>
            <w:proofErr w:type="spellEnd"/>
          </w:p>
        </w:tc>
        <w:tc>
          <w:tcPr>
            <w:tcW w:w="1168" w:type="dxa"/>
          </w:tcPr>
          <w:p w14:paraId="6E21C20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SUG_AV</w:t>
            </w:r>
          </w:p>
        </w:tc>
        <w:tc>
          <w:tcPr>
            <w:tcW w:w="843" w:type="dxa"/>
          </w:tcPr>
          <w:p w14:paraId="201DCA6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audio/imagen</w:t>
            </w:r>
          </w:p>
        </w:tc>
        <w:tc>
          <w:tcPr>
            <w:tcW w:w="3103" w:type="dxa"/>
          </w:tcPr>
          <w:p w14:paraId="31EACA4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Propone mejorar calidad de audio, video o resolución.</w:t>
            </w:r>
          </w:p>
        </w:tc>
        <w:tc>
          <w:tcPr>
            <w:tcW w:w="1424" w:type="dxa"/>
          </w:tcPr>
          <w:p w14:paraId="175EDF1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explícitamente ‘mejorar’ sonido/imagen/resolución.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si solo describe el problema sin propuesta (usar TEC_*).</w:t>
            </w:r>
          </w:p>
        </w:tc>
        <w:tc>
          <w:tcPr>
            <w:tcW w:w="2311" w:type="dxa"/>
          </w:tcPr>
          <w:p w14:paraId="2DA1FC6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si propone solución concreta (equipo, volumen, pantallas).</w:t>
            </w:r>
          </w:p>
        </w:tc>
        <w:tc>
          <w:tcPr>
            <w:tcW w:w="877" w:type="dxa"/>
          </w:tcPr>
          <w:p w14:paraId="3A5DD7D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 No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,</w:t>
            </w:r>
          </w:p>
        </w:tc>
        <w:tc>
          <w:tcPr>
            <w:tcW w:w="837" w:type="dxa"/>
          </w:tcPr>
          <w:p w14:paraId="3D2DF85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8 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 No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todo estuvo bien, o sea, te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atendían bien y te llevaban a las salas para dirigirte a las actividades.</w:t>
            </w:r>
          </w:p>
        </w:tc>
        <w:tc>
          <w:tcPr>
            <w:tcW w:w="898" w:type="dxa"/>
          </w:tcPr>
          <w:p w14:paraId="279D2C6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 yo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creo que la calidad del audio y video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del planetario.</w:t>
            </w:r>
          </w:p>
        </w:tc>
        <w:tc>
          <w:tcPr>
            <w:tcW w:w="829" w:type="dxa"/>
          </w:tcPr>
          <w:p w14:paraId="53BC21A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¿Hubo algo que no te haya gustado, que consideres que pueda mejorar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 No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, sería la conferencia, a veces me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incomodé.</w:t>
            </w:r>
          </w:p>
        </w:tc>
      </w:tr>
      <w:tr w:rsidR="00D4469C" w:rsidRPr="00CF2E48" w14:paraId="6712BED5" w14:textId="77777777" w:rsidTr="00E6447A">
        <w:trPr>
          <w:jc w:val="center"/>
        </w:trPr>
        <w:tc>
          <w:tcPr>
            <w:tcW w:w="826" w:type="dxa"/>
          </w:tcPr>
          <w:p w14:paraId="414DC93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Sugerencias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</w:p>
        </w:tc>
        <w:tc>
          <w:tcPr>
            <w:tcW w:w="1240" w:type="dxa"/>
          </w:tcPr>
          <w:p w14:paraId="602DD0C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organizativas</w:t>
            </w:r>
            <w:proofErr w:type="spellEnd"/>
          </w:p>
        </w:tc>
        <w:tc>
          <w:tcPr>
            <w:tcW w:w="1168" w:type="dxa"/>
          </w:tcPr>
          <w:p w14:paraId="58AFFF5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SUG_FLUJO</w:t>
            </w:r>
          </w:p>
        </w:tc>
        <w:tc>
          <w:tcPr>
            <w:tcW w:w="843" w:type="dxa"/>
          </w:tcPr>
          <w:p w14:paraId="72E2C52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flujo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</w:t>
            </w:r>
            <w:proofErr w:type="spellEnd"/>
          </w:p>
        </w:tc>
        <w:tc>
          <w:tcPr>
            <w:tcW w:w="3103" w:type="dxa"/>
          </w:tcPr>
          <w:p w14:paraId="00B162C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Sugiere mejorar organización/flujo o reducir traslados confusos.</w:t>
            </w:r>
          </w:p>
        </w:tc>
        <w:tc>
          <w:tcPr>
            <w:tcW w:w="1424" w:type="dxa"/>
          </w:tcPr>
          <w:p w14:paraId="3026187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Propone ‘mejor organización’, ‘orden’, ‘secuencia’.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solo describir confusión sin sugerir.</w:t>
            </w:r>
          </w:p>
        </w:tc>
        <w:tc>
          <w:tcPr>
            <w:tcW w:w="2311" w:type="dxa"/>
          </w:tcPr>
          <w:p w14:paraId="4085A0B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propuesta: señalización, rutas, grupos, estaciones paralelas.</w:t>
            </w:r>
          </w:p>
        </w:tc>
        <w:tc>
          <w:tcPr>
            <w:tcW w:w="877" w:type="dxa"/>
          </w:tcPr>
          <w:p w14:paraId="6172774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¿Consideras que el evento estuvo bien organizado?: Si, tenían mucha organización, nos guiaron y nos llevaron.</w:t>
            </w:r>
          </w:p>
        </w:tc>
        <w:tc>
          <w:tcPr>
            <w:tcW w:w="837" w:type="dxa"/>
          </w:tcPr>
          <w:p w14:paraId="7F56161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mejorar?:      la organización, porque como que nos pasaban a unos lados y luego como que nos regresaban porque ahí no…</w:t>
            </w:r>
          </w:p>
        </w:tc>
        <w:tc>
          <w:tcPr>
            <w:tcW w:w="898" w:type="dxa"/>
          </w:tcPr>
          <w:p w14:paraId="249B290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¿Si pudieran mejorar una cosa del evento, cuál sería?: estuvo muy bien organizado todo nada más lo del domo</w:t>
            </w:r>
          </w:p>
        </w:tc>
        <w:tc>
          <w:tcPr>
            <w:tcW w:w="829" w:type="dxa"/>
          </w:tcPr>
          <w:p w14:paraId="6F81F14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mejorar?: la organización, ya que nos llevaron a un lugar y luego a otro.</w:t>
            </w:r>
          </w:p>
        </w:tc>
      </w:tr>
      <w:tr w:rsidR="00D4469C" w:rsidRPr="00CF2E48" w14:paraId="0420C53E" w14:textId="77777777" w:rsidTr="00E6447A">
        <w:trPr>
          <w:jc w:val="center"/>
        </w:trPr>
        <w:tc>
          <w:tcPr>
            <w:tcW w:w="826" w:type="dxa"/>
          </w:tcPr>
          <w:p w14:paraId="552FE37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Sugerencias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</w:p>
        </w:tc>
        <w:tc>
          <w:tcPr>
            <w:tcW w:w="1240" w:type="dxa"/>
          </w:tcPr>
          <w:p w14:paraId="29374B1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Capacidad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recursos</w:t>
            </w:r>
            <w:proofErr w:type="spellEnd"/>
          </w:p>
        </w:tc>
        <w:tc>
          <w:tcPr>
            <w:tcW w:w="1168" w:type="dxa"/>
          </w:tcPr>
          <w:p w14:paraId="4949786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SUG_MAS_TELE</w:t>
            </w:r>
          </w:p>
        </w:tc>
        <w:tc>
          <w:tcPr>
            <w:tcW w:w="843" w:type="dxa"/>
          </w:tcPr>
          <w:p w14:paraId="229D756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recursos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capacidad</w:t>
            </w:r>
            <w:proofErr w:type="spellEnd"/>
          </w:p>
        </w:tc>
        <w:tc>
          <w:tcPr>
            <w:tcW w:w="3103" w:type="dxa"/>
          </w:tcPr>
          <w:p w14:paraId="0DAD52F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Sugiere incrementar recursos (p. ej., telescopios) o capacidad para evitar saturación.</w:t>
            </w:r>
          </w:p>
        </w:tc>
        <w:tc>
          <w:tcPr>
            <w:tcW w:w="1424" w:type="dxa"/>
          </w:tcPr>
          <w:p w14:paraId="4D54E58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‘más telescopios’, ‘más cupo’, ‘menos gente’.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mejoras técnicas de audio/imagen (SUG_AV).</w:t>
            </w:r>
          </w:p>
        </w:tc>
        <w:tc>
          <w:tcPr>
            <w:tcW w:w="2311" w:type="dxa"/>
          </w:tcPr>
          <w:p w14:paraId="4CF692C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Relacionar con ORG_SAT cuando aplique.</w:t>
            </w:r>
          </w:p>
        </w:tc>
        <w:tc>
          <w:tcPr>
            <w:tcW w:w="877" w:type="dxa"/>
          </w:tcPr>
          <w:p w14:paraId="2A68FC1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¿Hubo algo que no te haya gustado, que consideres que pueda mejorar?: más telescopios para mirar.</w:t>
            </w:r>
          </w:p>
        </w:tc>
        <w:tc>
          <w:tcPr>
            <w:tcW w:w="837" w:type="dxa"/>
          </w:tcPr>
          <w:p w14:paraId="189BA92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¿Si pudieran mejorar una cosa del evento, cuál sería?: Mm, siento que faltaron más telescopios porque pues eran varios niños.</w:t>
            </w:r>
          </w:p>
        </w:tc>
        <w:tc>
          <w:tcPr>
            <w:tcW w:w="898" w:type="dxa"/>
          </w:tcPr>
          <w:p w14:paraId="26B4990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¿Si pudieran mejorar una cosa del evento, cuál sería?: que hubiera más telescopios</w:t>
            </w:r>
          </w:p>
        </w:tc>
        <w:tc>
          <w:tcPr>
            <w:tcW w:w="829" w:type="dxa"/>
          </w:tcPr>
          <w:p w14:paraId="796072C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D4469C" w:rsidRPr="00CF2E48" w14:paraId="3879FC31" w14:textId="77777777" w:rsidTr="00E6447A">
        <w:trPr>
          <w:jc w:val="center"/>
        </w:trPr>
        <w:tc>
          <w:tcPr>
            <w:tcW w:w="826" w:type="dxa"/>
          </w:tcPr>
          <w:p w14:paraId="783B99C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Sugerencias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</w:p>
        </w:tc>
        <w:tc>
          <w:tcPr>
            <w:tcW w:w="1240" w:type="dxa"/>
          </w:tcPr>
          <w:p w14:paraId="2187B20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</w:p>
        </w:tc>
        <w:tc>
          <w:tcPr>
            <w:tcW w:w="1168" w:type="dxa"/>
          </w:tcPr>
          <w:p w14:paraId="6DC6642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SUG_MAS_EXPER</w:t>
            </w:r>
          </w:p>
        </w:tc>
        <w:tc>
          <w:tcPr>
            <w:tcW w:w="843" w:type="dxa"/>
          </w:tcPr>
          <w:p w14:paraId="6EFC23C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demostraciones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experimentos</w:t>
            </w:r>
            <w:proofErr w:type="spellEnd"/>
          </w:p>
        </w:tc>
        <w:tc>
          <w:tcPr>
            <w:tcW w:w="3103" w:type="dxa"/>
          </w:tcPr>
          <w:p w14:paraId="59F632D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Sugiere integrar demostraciones o experimentos y más componente práctico.</w:t>
            </w:r>
          </w:p>
        </w:tc>
        <w:tc>
          <w:tcPr>
            <w:tcW w:w="1424" w:type="dxa"/>
          </w:tcPr>
          <w:p w14:paraId="5508FA9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‘experimentos’, ‘demostraciones’.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talleres ya descritos sin sugerencia.</w:t>
            </w:r>
          </w:p>
        </w:tc>
        <w:tc>
          <w:tcPr>
            <w:tcW w:w="2311" w:type="dxa"/>
          </w:tcPr>
          <w:p w14:paraId="5482F55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tipo de demostración sugerida (química, física, etc.).</w:t>
            </w:r>
          </w:p>
        </w:tc>
        <w:tc>
          <w:tcPr>
            <w:tcW w:w="877" w:type="dxa"/>
          </w:tcPr>
          <w:p w14:paraId="3F0B973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¿Cómo fue tu experiencia en el evento de Puerta Politécnica?:   me gustó fue divertida y me gustó dibujar y que nos regalaran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chocolates.</w:t>
            </w:r>
          </w:p>
        </w:tc>
        <w:tc>
          <w:tcPr>
            <w:tcW w:w="837" w:type="dxa"/>
          </w:tcPr>
          <w:p w14:paraId="3AB5468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¿Cómo fue tu experiencia en el evento de Puerta Politécnica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 Muy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bonita.</w:t>
            </w:r>
          </w:p>
        </w:tc>
        <w:tc>
          <w:tcPr>
            <w:tcW w:w="898" w:type="dxa"/>
          </w:tcPr>
          <w:p w14:paraId="575F038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¿Cómo fue tu experiencia en el evento de Puerta Politécnica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 muy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buena, Explicaron muy bien los conceptos, el material que utilizaron, las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presentaciones todo estuvo muy bien.</w:t>
            </w:r>
          </w:p>
        </w:tc>
        <w:tc>
          <w:tcPr>
            <w:tcW w:w="829" w:type="dxa"/>
          </w:tcPr>
          <w:p w14:paraId="731645A0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¿Cómo fue tu experiencia en el evento de Puerta Politécnica?:   buena, el planetario me gustó, y la conferencia fue rara,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porque sentí que atacaba al sexo masculino.</w:t>
            </w:r>
          </w:p>
        </w:tc>
      </w:tr>
      <w:tr w:rsidR="00D4469C" w:rsidRPr="00CF2E48" w14:paraId="3C9989EB" w14:textId="77777777" w:rsidTr="00E6447A">
        <w:trPr>
          <w:jc w:val="center"/>
        </w:trPr>
        <w:tc>
          <w:tcPr>
            <w:tcW w:w="826" w:type="dxa"/>
          </w:tcPr>
          <w:p w14:paraId="3ACCC16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Sugerencias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</w:p>
        </w:tc>
        <w:tc>
          <w:tcPr>
            <w:tcW w:w="1240" w:type="dxa"/>
          </w:tcPr>
          <w:p w14:paraId="5C23C7C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expositivo</w:t>
            </w:r>
            <w:proofErr w:type="spellEnd"/>
          </w:p>
        </w:tc>
        <w:tc>
          <w:tcPr>
            <w:tcW w:w="1168" w:type="dxa"/>
          </w:tcPr>
          <w:p w14:paraId="63B4352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SUG_EXPO_INFO</w:t>
            </w:r>
          </w:p>
        </w:tc>
        <w:tc>
          <w:tcPr>
            <w:tcW w:w="843" w:type="dxa"/>
          </w:tcPr>
          <w:p w14:paraId="1368B9F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</w:p>
        </w:tc>
        <w:tc>
          <w:tcPr>
            <w:tcW w:w="3103" w:type="dxa"/>
          </w:tcPr>
          <w:p w14:paraId="33B22E0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Sugiere ampliar información explicativa en exposición fotográfica/salas.</w:t>
            </w:r>
          </w:p>
        </w:tc>
        <w:tc>
          <w:tcPr>
            <w:tcW w:w="1424" w:type="dxa"/>
          </w:tcPr>
          <w:p w14:paraId="559D072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falta de información o explicación en la exposición.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calidad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técnica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311" w:type="dxa"/>
          </w:tcPr>
          <w:p w14:paraId="042854F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si pide cédulas, guías, QR, o mediación.</w:t>
            </w:r>
          </w:p>
        </w:tc>
        <w:tc>
          <w:tcPr>
            <w:tcW w:w="877" w:type="dxa"/>
          </w:tcPr>
          <w:p w14:paraId="1A511E0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evento?:   el planetario, taller de niños cósmicos, exposición fotográfica, presentación de videos</w:t>
            </w:r>
          </w:p>
        </w:tc>
        <w:tc>
          <w:tcPr>
            <w:tcW w:w="837" w:type="dxa"/>
          </w:tcPr>
          <w:p w14:paraId="34F94A7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interesado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Saliendo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estuve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videos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internet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comentando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mis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compañeros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98" w:type="dxa"/>
          </w:tcPr>
          <w:p w14:paraId="5AAA3D86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¿En qué actividades participaste en el evento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?:  Taller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de niños cósmicos, nos metimos al planetario, exposición fotográfica,</w:t>
            </w:r>
          </w:p>
        </w:tc>
        <w:tc>
          <w:tcPr>
            <w:tcW w:w="829" w:type="dxa"/>
          </w:tcPr>
          <w:p w14:paraId="5007216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interesado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buscar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espacio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D4469C" w:rsidRPr="00CF2E48" w14:paraId="06D2CA11" w14:textId="77777777" w:rsidTr="00E6447A">
        <w:trPr>
          <w:jc w:val="center"/>
        </w:trPr>
        <w:tc>
          <w:tcPr>
            <w:tcW w:w="826" w:type="dxa"/>
          </w:tcPr>
          <w:p w14:paraId="694CCED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</w:t>
            </w:r>
            <w:proofErr w:type="spellEnd"/>
          </w:p>
        </w:tc>
        <w:tc>
          <w:tcPr>
            <w:tcW w:w="1240" w:type="dxa"/>
          </w:tcPr>
          <w:p w14:paraId="42A8F3F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sugeridos</w:t>
            </w:r>
            <w:proofErr w:type="spellEnd"/>
          </w:p>
        </w:tc>
        <w:tc>
          <w:tcPr>
            <w:tcW w:w="1168" w:type="dxa"/>
          </w:tcPr>
          <w:p w14:paraId="66A411F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FUT_ASTR</w:t>
            </w:r>
          </w:p>
        </w:tc>
        <w:tc>
          <w:tcPr>
            <w:tcW w:w="843" w:type="dxa"/>
          </w:tcPr>
          <w:p w14:paraId="3F52E6C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/cosmos</w:t>
            </w:r>
          </w:p>
        </w:tc>
        <w:tc>
          <w:tcPr>
            <w:tcW w:w="3103" w:type="dxa"/>
          </w:tcPr>
          <w:p w14:paraId="6A6C789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Solicita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cosmos,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astronautas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extraterrestre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4" w:type="dxa"/>
          </w:tcPr>
          <w:p w14:paraId="5E5C502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Incluir: ‘astronautas’, ‘vida extraterrestre’, ‘universo’,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‘constelaciones’.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ambiente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química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311" w:type="dxa"/>
          </w:tcPr>
          <w:p w14:paraId="167C446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Registrar el tema específico mencionado.</w:t>
            </w:r>
          </w:p>
        </w:tc>
        <w:tc>
          <w:tcPr>
            <w:tcW w:w="877" w:type="dxa"/>
          </w:tcPr>
          <w:p w14:paraId="3858375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¿cómo compararías tu conocimiento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de astronomía antes y después del evento?, Si aprendí sobre las constelaciones</w:t>
            </w:r>
          </w:p>
        </w:tc>
        <w:tc>
          <w:tcPr>
            <w:tcW w:w="837" w:type="dxa"/>
          </w:tcPr>
          <w:p w14:paraId="2B51143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No me acuerdo, bueno me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 xml:space="preserve">acuerdo de como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vivian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los astronautas, que la comida de los astronautas era seca y que el agua era peligrosa en dentro del nave.</w:t>
            </w:r>
          </w:p>
        </w:tc>
        <w:tc>
          <w:tcPr>
            <w:tcW w:w="898" w:type="dxa"/>
          </w:tcPr>
          <w:p w14:paraId="6080B67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constelaciones</w:t>
            </w:r>
            <w:proofErr w:type="spellEnd"/>
          </w:p>
        </w:tc>
        <w:tc>
          <w:tcPr>
            <w:tcW w:w="829" w:type="dxa"/>
          </w:tcPr>
          <w:p w14:paraId="44E4566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Qué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estudiando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?: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Universidad</w:t>
            </w:r>
          </w:p>
        </w:tc>
      </w:tr>
      <w:tr w:rsidR="00D4469C" w:rsidRPr="00CF2E48" w14:paraId="63BD90DB" w14:textId="77777777" w:rsidTr="00E6447A">
        <w:trPr>
          <w:jc w:val="center"/>
        </w:trPr>
        <w:tc>
          <w:tcPr>
            <w:tcW w:w="826" w:type="dxa"/>
          </w:tcPr>
          <w:p w14:paraId="5F9EA73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</w:t>
            </w:r>
            <w:proofErr w:type="spellEnd"/>
          </w:p>
        </w:tc>
        <w:tc>
          <w:tcPr>
            <w:tcW w:w="1240" w:type="dxa"/>
          </w:tcPr>
          <w:p w14:paraId="64810BC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sugeridos</w:t>
            </w:r>
            <w:proofErr w:type="spellEnd"/>
          </w:p>
        </w:tc>
        <w:tc>
          <w:tcPr>
            <w:tcW w:w="1168" w:type="dxa"/>
          </w:tcPr>
          <w:p w14:paraId="45AD5FE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FUT_AMB</w:t>
            </w:r>
          </w:p>
        </w:tc>
        <w:tc>
          <w:tcPr>
            <w:tcW w:w="843" w:type="dxa"/>
          </w:tcPr>
          <w:p w14:paraId="27450ADE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ambientales</w:t>
            </w:r>
            <w:proofErr w:type="spellEnd"/>
          </w:p>
        </w:tc>
        <w:tc>
          <w:tcPr>
            <w:tcW w:w="3103" w:type="dxa"/>
          </w:tcPr>
          <w:p w14:paraId="1EBEBA5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Solicita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contaminación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cambio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climático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otros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problemás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ambientales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4" w:type="dxa"/>
          </w:tcPr>
          <w:p w14:paraId="15FF97B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: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contaminación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’,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cambio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climático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br/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No usar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311" w:type="dxa"/>
          </w:tcPr>
          <w:p w14:paraId="096B0CF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Registrar si conecta con problemática local/regional.</w:t>
            </w:r>
          </w:p>
        </w:tc>
        <w:tc>
          <w:tcPr>
            <w:tcW w:w="877" w:type="dxa"/>
          </w:tcPr>
          <w:p w14:paraId="6ADDF56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601CC37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4A848679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Sobre contaminación y sus tipos, sobre medio ambiente.</w:t>
            </w:r>
          </w:p>
        </w:tc>
        <w:tc>
          <w:tcPr>
            <w:tcW w:w="829" w:type="dxa"/>
          </w:tcPr>
          <w:p w14:paraId="5927B7A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D4469C" w:rsidRPr="00CF2E48" w14:paraId="06188B17" w14:textId="77777777" w:rsidTr="00E6447A">
        <w:trPr>
          <w:jc w:val="center"/>
        </w:trPr>
        <w:tc>
          <w:tcPr>
            <w:tcW w:w="826" w:type="dxa"/>
          </w:tcPr>
          <w:p w14:paraId="7A6AFFD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</w:t>
            </w:r>
            <w:proofErr w:type="spellEnd"/>
          </w:p>
        </w:tc>
        <w:tc>
          <w:tcPr>
            <w:tcW w:w="1240" w:type="dxa"/>
          </w:tcPr>
          <w:p w14:paraId="75E4E21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sugeridos</w:t>
            </w:r>
            <w:proofErr w:type="spellEnd"/>
          </w:p>
        </w:tc>
        <w:tc>
          <w:tcPr>
            <w:tcW w:w="1168" w:type="dxa"/>
          </w:tcPr>
          <w:p w14:paraId="68C2A59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FUT_QUIM</w:t>
            </w:r>
          </w:p>
        </w:tc>
        <w:tc>
          <w:tcPr>
            <w:tcW w:w="843" w:type="dxa"/>
          </w:tcPr>
          <w:p w14:paraId="0E57308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química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laboratorio</w:t>
            </w:r>
            <w:proofErr w:type="spellEnd"/>
          </w:p>
        </w:tc>
        <w:tc>
          <w:tcPr>
            <w:tcW w:w="3103" w:type="dxa"/>
          </w:tcPr>
          <w:p w14:paraId="41EC838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Solicita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relacionados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química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laboratorio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4" w:type="dxa"/>
          </w:tcPr>
          <w:p w14:paraId="297DC00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‘química’, ‘laboratorio’.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otras ciencias sin mención explícita.</w:t>
            </w:r>
          </w:p>
        </w:tc>
        <w:tc>
          <w:tcPr>
            <w:tcW w:w="2311" w:type="dxa"/>
          </w:tcPr>
          <w:p w14:paraId="583BE5E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Anotar si sugiere prácticas o demostraciones.</w:t>
            </w:r>
          </w:p>
        </w:tc>
        <w:tc>
          <w:tcPr>
            <w:tcW w:w="877" w:type="dxa"/>
          </w:tcPr>
          <w:p w14:paraId="0CEF3B8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50CAE8B4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134E329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Relacionadas con química y laboratorio</w:t>
            </w:r>
          </w:p>
        </w:tc>
        <w:tc>
          <w:tcPr>
            <w:tcW w:w="829" w:type="dxa"/>
          </w:tcPr>
          <w:p w14:paraId="39F84FC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¿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cómo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compararías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tu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antes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después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?,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 es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cuanto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porque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además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vimos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guiaron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s…</w:t>
            </w:r>
          </w:p>
        </w:tc>
      </w:tr>
      <w:tr w:rsidR="00D4469C" w:rsidRPr="00CF2E48" w14:paraId="2E4ACB0D" w14:textId="77777777" w:rsidTr="00E6447A">
        <w:trPr>
          <w:jc w:val="center"/>
        </w:trPr>
        <w:tc>
          <w:tcPr>
            <w:tcW w:w="826" w:type="dxa"/>
          </w:tcPr>
          <w:p w14:paraId="769C9B03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</w:t>
            </w:r>
            <w:proofErr w:type="spellEnd"/>
          </w:p>
        </w:tc>
        <w:tc>
          <w:tcPr>
            <w:tcW w:w="1240" w:type="dxa"/>
          </w:tcPr>
          <w:p w14:paraId="70F3C1FD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sugeridos</w:t>
            </w:r>
            <w:proofErr w:type="spellEnd"/>
          </w:p>
        </w:tc>
        <w:tc>
          <w:tcPr>
            <w:tcW w:w="1168" w:type="dxa"/>
          </w:tcPr>
          <w:p w14:paraId="5266098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FUT_GEN</w:t>
            </w:r>
          </w:p>
        </w:tc>
        <w:tc>
          <w:tcPr>
            <w:tcW w:w="843" w:type="dxa"/>
          </w:tcPr>
          <w:p w14:paraId="2F87B12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futuros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género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empoderamiento</w:t>
            </w:r>
            <w:proofErr w:type="spellEnd"/>
          </w:p>
        </w:tc>
        <w:tc>
          <w:tcPr>
            <w:tcW w:w="3103" w:type="dxa"/>
          </w:tcPr>
          <w:p w14:paraId="03A3A805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Solicita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mujeres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empoderamiento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4" w:type="dxa"/>
          </w:tcPr>
          <w:p w14:paraId="3871778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empoderamiento o rol de la mujer.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>Excluir: No usar para incomodidad (GEN_INCOM).</w:t>
            </w:r>
          </w:p>
        </w:tc>
        <w:tc>
          <w:tcPr>
            <w:tcW w:w="2311" w:type="dxa"/>
          </w:tcPr>
          <w:p w14:paraId="7404046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Diferenciar entre interés temático y aprendizaje ya adquirido.</w:t>
            </w:r>
          </w:p>
        </w:tc>
        <w:tc>
          <w:tcPr>
            <w:tcW w:w="877" w:type="dxa"/>
          </w:tcPr>
          <w:p w14:paraId="59290B3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Entrevista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P2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Mujer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):</w:t>
            </w:r>
          </w:p>
        </w:tc>
        <w:tc>
          <w:tcPr>
            <w:tcW w:w="837" w:type="dxa"/>
          </w:tcPr>
          <w:p w14:paraId="16A0920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290DF35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29" w:type="dxa"/>
          </w:tcPr>
          <w:p w14:paraId="173D860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Entrevista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U2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Mujer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):</w:t>
            </w:r>
          </w:p>
        </w:tc>
      </w:tr>
      <w:tr w:rsidR="00D4469C" w:rsidRPr="00CF2E48" w14:paraId="6C6CEDE8" w14:textId="77777777" w:rsidTr="00E6447A">
        <w:trPr>
          <w:jc w:val="center"/>
        </w:trPr>
        <w:tc>
          <w:tcPr>
            <w:tcW w:w="826" w:type="dxa"/>
          </w:tcPr>
          <w:p w14:paraId="065C80C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sensibles</w:t>
            </w:r>
            <w:proofErr w:type="spellEnd"/>
          </w:p>
        </w:tc>
        <w:tc>
          <w:tcPr>
            <w:tcW w:w="1240" w:type="dxa"/>
          </w:tcPr>
          <w:p w14:paraId="25C4F79C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Reacciones</w:t>
            </w:r>
            <w:proofErr w:type="spellEnd"/>
          </w:p>
        </w:tc>
        <w:tc>
          <w:tcPr>
            <w:tcW w:w="1168" w:type="dxa"/>
          </w:tcPr>
          <w:p w14:paraId="105BE0AF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GEN_INCOM</w:t>
            </w:r>
          </w:p>
        </w:tc>
        <w:tc>
          <w:tcPr>
            <w:tcW w:w="843" w:type="dxa"/>
          </w:tcPr>
          <w:p w14:paraId="2FC75837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Incomodidad por enfoque de género</w:t>
            </w:r>
          </w:p>
        </w:tc>
        <w:tc>
          <w:tcPr>
            <w:tcW w:w="3103" w:type="dxa"/>
          </w:tcPr>
          <w:p w14:paraId="0D900A2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Expresa incomodidad o percepción de ataque al sexo masculino en la conferencia.</w:t>
            </w:r>
          </w:p>
        </w:tc>
        <w:tc>
          <w:tcPr>
            <w:tcW w:w="1424" w:type="dxa"/>
          </w:tcPr>
          <w:p w14:paraId="69E146C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Incluir: Menciona incomodidad, sentirse atacado o desacuerdo con el enfoque.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br/>
              <w:t xml:space="preserve">Excluir: No usar para aprendizaje positivo sobre género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(LEARN_GENERO).</w:t>
            </w:r>
          </w:p>
        </w:tc>
        <w:tc>
          <w:tcPr>
            <w:tcW w:w="2311" w:type="dxa"/>
          </w:tcPr>
          <w:p w14:paraId="02659312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Codificar con cuidado: reportar el sentido del hablante sin reforzar estereotipos; usar citas breves.</w:t>
            </w:r>
          </w:p>
        </w:tc>
        <w:tc>
          <w:tcPr>
            <w:tcW w:w="877" w:type="dxa"/>
          </w:tcPr>
          <w:p w14:paraId="0DC7CB4B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37" w:type="dxa"/>
          </w:tcPr>
          <w:p w14:paraId="44CEC71A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98" w:type="dxa"/>
          </w:tcPr>
          <w:p w14:paraId="4BB90C88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829" w:type="dxa"/>
          </w:tcPr>
          <w:p w14:paraId="1522A051" w14:textId="77777777" w:rsidR="00BD650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¿Cómo fue tu experiencia en el evento de Puerta Politécnica?:   buena, el planet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ario me gustó, y la conferencia fue rara, porque sentí que atacaba al sexo masculino.</w:t>
            </w:r>
          </w:p>
        </w:tc>
      </w:tr>
      <w:tr w:rsidR="00D4469C" w:rsidRPr="00CF2E48" w14:paraId="76A273AF" w14:textId="77777777" w:rsidTr="00E6447A">
        <w:trPr>
          <w:jc w:val="center"/>
        </w:trPr>
        <w:tc>
          <w:tcPr>
            <w:tcW w:w="826" w:type="dxa"/>
          </w:tcPr>
          <w:p w14:paraId="29EFDD1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7202505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clave</w:t>
            </w:r>
          </w:p>
        </w:tc>
        <w:tc>
          <w:tcPr>
            <w:tcW w:w="1168" w:type="dxa"/>
          </w:tcPr>
          <w:p w14:paraId="5DD1EDC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ACT_ASTROF</w:t>
            </w:r>
          </w:p>
        </w:tc>
        <w:tc>
          <w:tcPr>
            <w:tcW w:w="843" w:type="dxa"/>
          </w:tcPr>
          <w:p w14:paraId="599BDE02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Astrofotografía</w:t>
            </w:r>
            <w:proofErr w:type="spellEnd"/>
          </w:p>
        </w:tc>
        <w:tc>
          <w:tcPr>
            <w:tcW w:w="3103" w:type="dxa"/>
          </w:tcPr>
          <w:p w14:paraId="4BA0D01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al 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4" w:type="dxa"/>
          </w:tcPr>
          <w:p w14:paraId="735BC24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’ o ‘taller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’.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solo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ACT_EXPO).</w:t>
            </w:r>
          </w:p>
        </w:tc>
        <w:tc>
          <w:tcPr>
            <w:tcW w:w="2311" w:type="dxa"/>
          </w:tcPr>
          <w:p w14:paraId="2238A89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 describe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técnico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cámara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),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complementar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LEARN_COSMOS o memo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específico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77" w:type="dxa"/>
          </w:tcPr>
          <w:p w14:paraId="72A83BF6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11326C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1DC81BD9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</w:tcPr>
          <w:p w14:paraId="20E119AB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7A67567E" w14:textId="77777777" w:rsidTr="00E6447A">
        <w:trPr>
          <w:jc w:val="center"/>
        </w:trPr>
        <w:tc>
          <w:tcPr>
            <w:tcW w:w="826" w:type="dxa"/>
          </w:tcPr>
          <w:p w14:paraId="513CF41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2A6DD9D3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clave</w:t>
            </w:r>
          </w:p>
        </w:tc>
        <w:tc>
          <w:tcPr>
            <w:tcW w:w="1168" w:type="dxa"/>
          </w:tcPr>
          <w:p w14:paraId="534A2C9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ACT_COHET_TALL</w:t>
            </w:r>
          </w:p>
        </w:tc>
        <w:tc>
          <w:tcPr>
            <w:tcW w:w="843" w:type="dxa"/>
          </w:tcPr>
          <w:p w14:paraId="5F9DC53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</w:p>
        </w:tc>
        <w:tc>
          <w:tcPr>
            <w:tcW w:w="3103" w:type="dxa"/>
          </w:tcPr>
          <w:p w14:paraId="42A3D4C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al taller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Introducción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armado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lanzamiento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propulsión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1424" w:type="dxa"/>
          </w:tcPr>
          <w:p w14:paraId="2227A60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‘taller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’,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’,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lanzamiento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’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taller.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solo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ACT_HIDRO_EXH).</w:t>
            </w:r>
          </w:p>
        </w:tc>
        <w:tc>
          <w:tcPr>
            <w:tcW w:w="2311" w:type="dxa"/>
          </w:tcPr>
          <w:p w14:paraId="6619F193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incluye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emoción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entretenimiento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puede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coexistir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EXP_POS o EXP_NOV.</w:t>
            </w:r>
          </w:p>
        </w:tc>
        <w:tc>
          <w:tcPr>
            <w:tcW w:w="877" w:type="dxa"/>
          </w:tcPr>
          <w:p w14:paraId="0C557EBB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</w:tcPr>
          <w:p w14:paraId="46EB75BE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5210E180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</w:tcPr>
          <w:p w14:paraId="6CA7BF6B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43F94FEB" w14:textId="77777777" w:rsidTr="00E6447A">
        <w:trPr>
          <w:jc w:val="center"/>
        </w:trPr>
        <w:tc>
          <w:tcPr>
            <w:tcW w:w="826" w:type="dxa"/>
          </w:tcPr>
          <w:p w14:paraId="696E0BE5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3DCB2E3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complementarias</w:t>
            </w:r>
            <w:proofErr w:type="spellEnd"/>
          </w:p>
        </w:tc>
        <w:tc>
          <w:tcPr>
            <w:tcW w:w="1168" w:type="dxa"/>
          </w:tcPr>
          <w:p w14:paraId="36B93F5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ACT_HIDRO_EXH</w:t>
            </w:r>
          </w:p>
        </w:tc>
        <w:tc>
          <w:tcPr>
            <w:tcW w:w="843" w:type="dxa"/>
          </w:tcPr>
          <w:p w14:paraId="7BBF9F0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hidropropulsado</w:t>
            </w:r>
            <w:proofErr w:type="spellEnd"/>
          </w:p>
        </w:tc>
        <w:tc>
          <w:tcPr>
            <w:tcW w:w="3103" w:type="dxa"/>
          </w:tcPr>
          <w:p w14:paraId="0144D91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hidropropulsado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24" w:type="dxa"/>
          </w:tcPr>
          <w:p w14:paraId="4949F3E5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: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’,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hidropropulsado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’.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(ACT_COHET_TALL).</w:t>
            </w:r>
          </w:p>
        </w:tc>
        <w:tc>
          <w:tcPr>
            <w:tcW w:w="2311" w:type="dxa"/>
          </w:tcPr>
          <w:p w14:paraId="351E612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Útil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distinguir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demostración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vs. taller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práctico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77" w:type="dxa"/>
          </w:tcPr>
          <w:p w14:paraId="6982B723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B8B7F8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07768169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</w:tcPr>
          <w:p w14:paraId="684F443A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6447A" w:rsidRPr="00CF2E48" w14:paraId="3DA1A71C" w14:textId="77777777" w:rsidTr="00E6447A">
        <w:trPr>
          <w:jc w:val="center"/>
        </w:trPr>
        <w:tc>
          <w:tcPr>
            <w:tcW w:w="826" w:type="dxa"/>
          </w:tcPr>
          <w:p w14:paraId="4E7BC4F5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</w:p>
        </w:tc>
        <w:tc>
          <w:tcPr>
            <w:tcW w:w="1240" w:type="dxa"/>
          </w:tcPr>
          <w:p w14:paraId="7D3FDBF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complementarias</w:t>
            </w:r>
            <w:proofErr w:type="spellEnd"/>
          </w:p>
        </w:tc>
        <w:tc>
          <w:tcPr>
            <w:tcW w:w="1168" w:type="dxa"/>
          </w:tcPr>
          <w:p w14:paraId="15E79C2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ACT_OTRO</w:t>
            </w:r>
          </w:p>
        </w:tc>
        <w:tc>
          <w:tcPr>
            <w:tcW w:w="843" w:type="dxa"/>
          </w:tcPr>
          <w:p w14:paraId="715F62C1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Otra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especificar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103" w:type="dxa"/>
          </w:tcPr>
          <w:p w14:paraId="735C825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distinta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las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listadas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(p.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ej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.,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laberinto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dinámica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prevista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1424" w:type="dxa"/>
          </w:tcPr>
          <w:p w14:paraId="3F0149F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entrevistado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claramente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diferente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corresponde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existente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listado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311" w:type="dxa"/>
          </w:tcPr>
          <w:p w14:paraId="2F7EE35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Registrar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memo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nombre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/descriptor de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77" w:type="dxa"/>
          </w:tcPr>
          <w:p w14:paraId="31E4684F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82612A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98" w:type="dxa"/>
          </w:tcPr>
          <w:p w14:paraId="7ED64027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dxa"/>
          </w:tcPr>
          <w:p w14:paraId="7C680556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7D94A22D" w14:textId="77777777" w:rsidR="00E151DE" w:rsidRPr="00D4469C" w:rsidRDefault="00E151DE">
      <w:pPr>
        <w:rPr>
          <w:color w:val="000000" w:themeColor="text1"/>
          <w:sz w:val="18"/>
          <w:szCs w:val="18"/>
          <w:lang w:val="es-ES"/>
        </w:rPr>
      </w:pPr>
    </w:p>
    <w:p w14:paraId="4A1EA3B7" w14:textId="77777777" w:rsidR="00741666" w:rsidRPr="00D4469C" w:rsidRDefault="00741666" w:rsidP="00CD73D5">
      <w:pPr>
        <w:pStyle w:val="Ttulo1"/>
        <w:jc w:val="center"/>
        <w:rPr>
          <w:color w:val="000000" w:themeColor="text1"/>
          <w:sz w:val="18"/>
          <w:szCs w:val="18"/>
        </w:rPr>
      </w:pPr>
    </w:p>
    <w:p w14:paraId="147B77A1" w14:textId="77777777" w:rsidR="00741666" w:rsidRPr="00D4469C" w:rsidRDefault="00741666" w:rsidP="00741666">
      <w:pPr>
        <w:pStyle w:val="Ttulo1"/>
        <w:jc w:val="center"/>
        <w:rPr>
          <w:color w:val="000000" w:themeColor="text1"/>
          <w:sz w:val="18"/>
          <w:szCs w:val="18"/>
        </w:rPr>
      </w:pPr>
    </w:p>
    <w:p w14:paraId="5FA90E4A" w14:textId="77777777" w:rsidR="00B632C6" w:rsidRDefault="00B632C6" w:rsidP="00741666">
      <w:pPr>
        <w:pStyle w:val="Ttulo1"/>
        <w:jc w:val="center"/>
        <w:rPr>
          <w:color w:val="000000" w:themeColor="text1"/>
          <w:sz w:val="18"/>
          <w:szCs w:val="18"/>
        </w:rPr>
      </w:pPr>
    </w:p>
    <w:p w14:paraId="293E135A" w14:textId="77777777" w:rsidR="00CF2E48" w:rsidRDefault="00CF2E48" w:rsidP="00CF2E48"/>
    <w:p w14:paraId="39D100C7" w14:textId="77777777" w:rsidR="00CF2E48" w:rsidRDefault="00CF2E48" w:rsidP="00CF2E48"/>
    <w:p w14:paraId="7FDA758A" w14:textId="77777777" w:rsidR="00CF2E48" w:rsidRPr="00CF2E48" w:rsidRDefault="00CF2E48" w:rsidP="00CF2E48"/>
    <w:p w14:paraId="73960C90" w14:textId="77777777" w:rsidR="00CD73D5" w:rsidRPr="00D4469C" w:rsidRDefault="00000000" w:rsidP="00741666">
      <w:pPr>
        <w:pStyle w:val="Ttulo1"/>
        <w:jc w:val="center"/>
        <w:rPr>
          <w:color w:val="000000" w:themeColor="text1"/>
        </w:rPr>
      </w:pPr>
      <w:r w:rsidRPr="00D4469C">
        <w:rPr>
          <w:color w:val="000000" w:themeColor="text1"/>
        </w:rPr>
        <w:lastRenderedPageBreak/>
        <w:t xml:space="preserve">S1B. Libro de </w:t>
      </w:r>
      <w:proofErr w:type="spellStart"/>
      <w:r w:rsidRPr="00D4469C">
        <w:rPr>
          <w:color w:val="000000" w:themeColor="text1"/>
        </w:rPr>
        <w:t>códigos</w:t>
      </w:r>
      <w:proofErr w:type="spellEnd"/>
      <w:r w:rsidRPr="00D4469C">
        <w:rPr>
          <w:color w:val="000000" w:themeColor="text1"/>
        </w:rPr>
        <w:t xml:space="preserve"> — </w:t>
      </w:r>
      <w:proofErr w:type="spellStart"/>
      <w:r w:rsidRPr="00D4469C">
        <w:rPr>
          <w:color w:val="000000" w:themeColor="text1"/>
        </w:rPr>
        <w:t>Preguntas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abiertas</w:t>
      </w:r>
      <w:proofErr w:type="spellEnd"/>
      <w:r w:rsidRPr="00D4469C">
        <w:rPr>
          <w:color w:val="000000" w:themeColor="text1"/>
        </w:rPr>
        <w:t xml:space="preserve"> (</w:t>
      </w:r>
      <w:proofErr w:type="spellStart"/>
      <w:r w:rsidRPr="00D4469C">
        <w:rPr>
          <w:color w:val="000000" w:themeColor="text1"/>
        </w:rPr>
        <w:t>Visitantes</w:t>
      </w:r>
      <w:proofErr w:type="spellEnd"/>
      <w:r w:rsidRPr="00D4469C">
        <w:rPr>
          <w:color w:val="000000" w:themeColor="text1"/>
        </w:rPr>
        <w:t>)</w:t>
      </w:r>
    </w:p>
    <w:p w14:paraId="5E6CEECA" w14:textId="77777777" w:rsidR="00741666" w:rsidRPr="00D4469C" w:rsidRDefault="00000000">
      <w:pPr>
        <w:rPr>
          <w:color w:val="000000" w:themeColor="text1"/>
          <w:sz w:val="24"/>
          <w:szCs w:val="24"/>
        </w:rPr>
      </w:pPr>
      <w:r w:rsidRPr="00D4469C">
        <w:rPr>
          <w:color w:val="000000" w:themeColor="text1"/>
          <w:sz w:val="24"/>
          <w:szCs w:val="24"/>
        </w:rPr>
        <w:t xml:space="preserve">Fuente: </w:t>
      </w:r>
      <w:proofErr w:type="spellStart"/>
      <w:r w:rsidRPr="00D4469C">
        <w:rPr>
          <w:color w:val="000000" w:themeColor="text1"/>
          <w:sz w:val="24"/>
          <w:szCs w:val="24"/>
        </w:rPr>
        <w:t>Cuestionario</w:t>
      </w:r>
      <w:proofErr w:type="spellEnd"/>
      <w:r w:rsidRPr="00D4469C">
        <w:rPr>
          <w:color w:val="000000" w:themeColor="text1"/>
          <w:sz w:val="24"/>
          <w:szCs w:val="24"/>
        </w:rPr>
        <w:t xml:space="preserve"> a </w:t>
      </w:r>
      <w:proofErr w:type="spellStart"/>
      <w:r w:rsidRPr="00D4469C">
        <w:rPr>
          <w:color w:val="000000" w:themeColor="text1"/>
          <w:sz w:val="24"/>
          <w:szCs w:val="24"/>
        </w:rPr>
        <w:t>visitantes</w:t>
      </w:r>
      <w:proofErr w:type="spellEnd"/>
      <w:r w:rsidRPr="00D4469C">
        <w:rPr>
          <w:color w:val="000000" w:themeColor="text1"/>
          <w:sz w:val="24"/>
          <w:szCs w:val="24"/>
        </w:rPr>
        <w:t xml:space="preserve"> y base de </w:t>
      </w:r>
      <w:proofErr w:type="spellStart"/>
      <w:r w:rsidRPr="00D4469C">
        <w:rPr>
          <w:color w:val="000000" w:themeColor="text1"/>
          <w:sz w:val="24"/>
          <w:szCs w:val="24"/>
        </w:rPr>
        <w:t>respuestas</w:t>
      </w:r>
      <w:proofErr w:type="spellEnd"/>
      <w:r w:rsidRPr="00D4469C">
        <w:rPr>
          <w:color w:val="000000" w:themeColor="text1"/>
          <w:sz w:val="24"/>
          <w:szCs w:val="24"/>
        </w:rPr>
        <w:t xml:space="preserve"> (n = 404). Este </w:t>
      </w:r>
      <w:proofErr w:type="spellStart"/>
      <w:r w:rsidRPr="00D4469C">
        <w:rPr>
          <w:color w:val="000000" w:themeColor="text1"/>
          <w:sz w:val="24"/>
          <w:szCs w:val="24"/>
        </w:rPr>
        <w:t>libro</w:t>
      </w:r>
      <w:proofErr w:type="spellEnd"/>
      <w:r w:rsidRPr="00D4469C">
        <w:rPr>
          <w:color w:val="000000" w:themeColor="text1"/>
          <w:sz w:val="24"/>
          <w:szCs w:val="24"/>
        </w:rPr>
        <w:t xml:space="preserve"> de </w:t>
      </w:r>
      <w:proofErr w:type="spellStart"/>
      <w:r w:rsidRPr="00D4469C">
        <w:rPr>
          <w:color w:val="000000" w:themeColor="text1"/>
          <w:sz w:val="24"/>
          <w:szCs w:val="24"/>
        </w:rPr>
        <w:t>códigos</w:t>
      </w:r>
      <w:proofErr w:type="spellEnd"/>
      <w:r w:rsidRPr="00D4469C">
        <w:rPr>
          <w:color w:val="000000" w:themeColor="text1"/>
          <w:sz w:val="24"/>
          <w:szCs w:val="24"/>
        </w:rPr>
        <w:t xml:space="preserve"> se </w:t>
      </w:r>
      <w:proofErr w:type="spellStart"/>
      <w:r w:rsidRPr="00D4469C">
        <w:rPr>
          <w:color w:val="000000" w:themeColor="text1"/>
          <w:sz w:val="24"/>
          <w:szCs w:val="24"/>
        </w:rPr>
        <w:t>utiliza</w:t>
      </w:r>
      <w:proofErr w:type="spellEnd"/>
      <w:r w:rsidRPr="00D4469C">
        <w:rPr>
          <w:color w:val="000000" w:themeColor="text1"/>
          <w:sz w:val="24"/>
          <w:szCs w:val="24"/>
        </w:rPr>
        <w:t xml:space="preserve"> para </w:t>
      </w:r>
      <w:proofErr w:type="spellStart"/>
      <w:r w:rsidRPr="00D4469C">
        <w:rPr>
          <w:color w:val="000000" w:themeColor="text1"/>
          <w:sz w:val="24"/>
          <w:szCs w:val="24"/>
        </w:rPr>
        <w:t>el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análisis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temático</w:t>
      </w:r>
      <w:proofErr w:type="spellEnd"/>
      <w:r w:rsidRPr="00D4469C">
        <w:rPr>
          <w:color w:val="000000" w:themeColor="text1"/>
          <w:sz w:val="24"/>
          <w:szCs w:val="24"/>
        </w:rPr>
        <w:t xml:space="preserve"> de las </w:t>
      </w:r>
      <w:proofErr w:type="spellStart"/>
      <w:r w:rsidRPr="00D4469C">
        <w:rPr>
          <w:color w:val="000000" w:themeColor="text1"/>
          <w:sz w:val="24"/>
          <w:szCs w:val="24"/>
        </w:rPr>
        <w:t>preguntas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abiertas</w:t>
      </w:r>
      <w:proofErr w:type="spellEnd"/>
      <w:r w:rsidRPr="00D4469C">
        <w:rPr>
          <w:color w:val="000000" w:themeColor="text1"/>
          <w:sz w:val="24"/>
          <w:szCs w:val="24"/>
        </w:rPr>
        <w:t xml:space="preserve"> del </w:t>
      </w:r>
      <w:proofErr w:type="spellStart"/>
      <w:r w:rsidRPr="00D4469C">
        <w:rPr>
          <w:color w:val="000000" w:themeColor="text1"/>
          <w:sz w:val="24"/>
          <w:szCs w:val="24"/>
        </w:rPr>
        <w:t>cuestionario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Sección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3: </w:t>
      </w:r>
      <w:proofErr w:type="spellStart"/>
      <w:r w:rsidRPr="00D4469C">
        <w:rPr>
          <w:color w:val="000000" w:themeColor="text1"/>
          <w:sz w:val="24"/>
          <w:szCs w:val="24"/>
        </w:rPr>
        <w:t>Evaluación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de la </w:t>
      </w:r>
      <w:proofErr w:type="spellStart"/>
      <w:r w:rsidRPr="00D4469C">
        <w:rPr>
          <w:color w:val="000000" w:themeColor="text1"/>
          <w:sz w:val="24"/>
          <w:szCs w:val="24"/>
        </w:rPr>
        <w:t>experiencia</w:t>
      </w:r>
      <w:proofErr w:type="spellEnd"/>
      <w:r w:rsidRPr="00D4469C">
        <w:rPr>
          <w:color w:val="000000" w:themeColor="text1"/>
          <w:sz w:val="24"/>
          <w:szCs w:val="24"/>
        </w:rPr>
        <w:t xml:space="preserve">): (1) </w:t>
      </w:r>
      <w:proofErr w:type="spellStart"/>
      <w:r w:rsidRPr="00D4469C">
        <w:rPr>
          <w:color w:val="000000" w:themeColor="text1"/>
          <w:sz w:val="24"/>
          <w:szCs w:val="24"/>
        </w:rPr>
        <w:t>actividad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más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interesante</w:t>
      </w:r>
      <w:proofErr w:type="spellEnd"/>
      <w:r w:rsidRPr="00D4469C">
        <w:rPr>
          <w:color w:val="000000" w:themeColor="text1"/>
          <w:sz w:val="24"/>
          <w:szCs w:val="24"/>
        </w:rPr>
        <w:t xml:space="preserve"> o </w:t>
      </w:r>
      <w:proofErr w:type="spellStart"/>
      <w:r w:rsidRPr="00D4469C">
        <w:rPr>
          <w:color w:val="000000" w:themeColor="text1"/>
          <w:sz w:val="24"/>
          <w:szCs w:val="24"/>
        </w:rPr>
        <w:t>útil</w:t>
      </w:r>
      <w:proofErr w:type="spellEnd"/>
      <w:r w:rsidRPr="00D4469C">
        <w:rPr>
          <w:color w:val="000000" w:themeColor="text1"/>
          <w:sz w:val="24"/>
          <w:szCs w:val="24"/>
        </w:rPr>
        <w:t xml:space="preserve">; (2) </w:t>
      </w:r>
      <w:proofErr w:type="spellStart"/>
      <w:r w:rsidRPr="00D4469C">
        <w:rPr>
          <w:color w:val="000000" w:themeColor="text1"/>
          <w:sz w:val="24"/>
          <w:szCs w:val="24"/>
        </w:rPr>
        <w:t>aspectos</w:t>
      </w:r>
      <w:proofErr w:type="spellEnd"/>
      <w:r w:rsidRPr="00D4469C">
        <w:rPr>
          <w:color w:val="000000" w:themeColor="text1"/>
          <w:sz w:val="24"/>
          <w:szCs w:val="24"/>
        </w:rPr>
        <w:t xml:space="preserve"> o </w:t>
      </w:r>
      <w:proofErr w:type="spellStart"/>
      <w:r w:rsidRPr="00D4469C">
        <w:rPr>
          <w:color w:val="000000" w:themeColor="text1"/>
          <w:sz w:val="24"/>
          <w:szCs w:val="24"/>
        </w:rPr>
        <w:t>actividades</w:t>
      </w:r>
      <w:proofErr w:type="spellEnd"/>
      <w:r w:rsidRPr="00D4469C">
        <w:rPr>
          <w:color w:val="000000" w:themeColor="text1"/>
          <w:sz w:val="24"/>
          <w:szCs w:val="24"/>
        </w:rPr>
        <w:t xml:space="preserve"> a </w:t>
      </w:r>
      <w:proofErr w:type="spellStart"/>
      <w:r w:rsidRPr="00D4469C">
        <w:rPr>
          <w:color w:val="000000" w:themeColor="text1"/>
          <w:sz w:val="24"/>
          <w:szCs w:val="24"/>
        </w:rPr>
        <w:t>mejorar</w:t>
      </w:r>
      <w:proofErr w:type="spellEnd"/>
      <w:r w:rsidRPr="00D4469C">
        <w:rPr>
          <w:color w:val="000000" w:themeColor="text1"/>
          <w:sz w:val="24"/>
          <w:szCs w:val="24"/>
        </w:rPr>
        <w:t xml:space="preserve">. </w:t>
      </w:r>
    </w:p>
    <w:p w14:paraId="1411AC9A" w14:textId="77777777" w:rsidR="00E151DE" w:rsidRPr="00D4469C" w:rsidRDefault="00000000">
      <w:pPr>
        <w:pStyle w:val="Ttulo2"/>
        <w:rPr>
          <w:color w:val="000000" w:themeColor="text1"/>
          <w:sz w:val="24"/>
          <w:szCs w:val="24"/>
        </w:rPr>
      </w:pPr>
      <w:r w:rsidRPr="00D4469C">
        <w:rPr>
          <w:color w:val="000000" w:themeColor="text1"/>
          <w:sz w:val="24"/>
          <w:szCs w:val="24"/>
        </w:rPr>
        <w:t xml:space="preserve">Reglas de </w:t>
      </w:r>
      <w:proofErr w:type="spellStart"/>
      <w:r w:rsidRPr="00D4469C">
        <w:rPr>
          <w:color w:val="000000" w:themeColor="text1"/>
          <w:sz w:val="24"/>
          <w:szCs w:val="24"/>
        </w:rPr>
        <w:t>codificación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resumen</w:t>
      </w:r>
      <w:proofErr w:type="spellEnd"/>
      <w:r w:rsidRPr="00D4469C">
        <w:rPr>
          <w:color w:val="000000" w:themeColor="text1"/>
          <w:sz w:val="24"/>
          <w:szCs w:val="24"/>
        </w:rPr>
        <w:t>):</w:t>
      </w:r>
    </w:p>
    <w:p w14:paraId="05175508" w14:textId="77777777" w:rsidR="00E151D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Unidad de </w:t>
      </w:r>
      <w:proofErr w:type="spellStart"/>
      <w:r w:rsidRPr="00D4469C">
        <w:rPr>
          <w:color w:val="000000" w:themeColor="text1"/>
          <w:sz w:val="24"/>
          <w:szCs w:val="24"/>
        </w:rPr>
        <w:t>análisis</w:t>
      </w:r>
      <w:proofErr w:type="spellEnd"/>
      <w:r w:rsidRPr="00D4469C">
        <w:rPr>
          <w:color w:val="000000" w:themeColor="text1"/>
          <w:sz w:val="24"/>
          <w:szCs w:val="24"/>
        </w:rPr>
        <w:t xml:space="preserve">: </w:t>
      </w:r>
      <w:proofErr w:type="spellStart"/>
      <w:r w:rsidRPr="00D4469C">
        <w:rPr>
          <w:color w:val="000000" w:themeColor="text1"/>
          <w:sz w:val="24"/>
          <w:szCs w:val="24"/>
        </w:rPr>
        <w:t>una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abierta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una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celda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por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participante</w:t>
      </w:r>
      <w:proofErr w:type="spellEnd"/>
      <w:r w:rsidRPr="00D4469C">
        <w:rPr>
          <w:color w:val="000000" w:themeColor="text1"/>
          <w:sz w:val="24"/>
          <w:szCs w:val="24"/>
        </w:rPr>
        <w:t>).</w:t>
      </w:r>
    </w:p>
    <w:p w14:paraId="6B25D983" w14:textId="77777777" w:rsidR="00E151D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Se </w:t>
      </w:r>
      <w:proofErr w:type="spellStart"/>
      <w:r w:rsidRPr="00D4469C">
        <w:rPr>
          <w:color w:val="000000" w:themeColor="text1"/>
          <w:sz w:val="24"/>
          <w:szCs w:val="24"/>
        </w:rPr>
        <w:t>permite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codificación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múltiple</w:t>
      </w:r>
      <w:proofErr w:type="spellEnd"/>
      <w:r w:rsidRPr="00D4469C">
        <w:rPr>
          <w:color w:val="000000" w:themeColor="text1"/>
          <w:sz w:val="24"/>
          <w:szCs w:val="24"/>
        </w:rPr>
        <w:t xml:space="preserve"> (multi-</w:t>
      </w:r>
      <w:proofErr w:type="spellStart"/>
      <w:r w:rsidRPr="00D4469C">
        <w:rPr>
          <w:color w:val="000000" w:themeColor="text1"/>
          <w:sz w:val="24"/>
          <w:szCs w:val="24"/>
        </w:rPr>
        <w:t>etiqueta</w:t>
      </w:r>
      <w:proofErr w:type="spellEnd"/>
      <w:r w:rsidRPr="00D4469C">
        <w:rPr>
          <w:color w:val="000000" w:themeColor="text1"/>
          <w:sz w:val="24"/>
          <w:szCs w:val="24"/>
        </w:rPr>
        <w:t xml:space="preserve">) </w:t>
      </w:r>
      <w:proofErr w:type="spellStart"/>
      <w:r w:rsidRPr="00D4469C">
        <w:rPr>
          <w:color w:val="000000" w:themeColor="text1"/>
          <w:sz w:val="24"/>
          <w:szCs w:val="24"/>
        </w:rPr>
        <w:t>cuando</w:t>
      </w:r>
      <w:proofErr w:type="spellEnd"/>
      <w:r w:rsidRPr="00D4469C">
        <w:rPr>
          <w:color w:val="000000" w:themeColor="text1"/>
          <w:sz w:val="24"/>
          <w:szCs w:val="24"/>
        </w:rPr>
        <w:t xml:space="preserve"> la 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contenga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más</w:t>
      </w:r>
      <w:proofErr w:type="spellEnd"/>
      <w:r w:rsidRPr="00D4469C">
        <w:rPr>
          <w:color w:val="000000" w:themeColor="text1"/>
          <w:sz w:val="24"/>
          <w:szCs w:val="24"/>
        </w:rPr>
        <w:t xml:space="preserve"> de un </w:t>
      </w:r>
      <w:proofErr w:type="spellStart"/>
      <w:r w:rsidRPr="00D4469C">
        <w:rPr>
          <w:color w:val="000000" w:themeColor="text1"/>
          <w:sz w:val="24"/>
          <w:szCs w:val="24"/>
        </w:rPr>
        <w:t>tema</w:t>
      </w:r>
      <w:proofErr w:type="spellEnd"/>
      <w:r w:rsidRPr="00D4469C">
        <w:rPr>
          <w:color w:val="000000" w:themeColor="text1"/>
          <w:sz w:val="24"/>
          <w:szCs w:val="24"/>
        </w:rPr>
        <w:t xml:space="preserve">; se </w:t>
      </w:r>
      <w:proofErr w:type="spellStart"/>
      <w:r w:rsidRPr="00D4469C">
        <w:rPr>
          <w:color w:val="000000" w:themeColor="text1"/>
          <w:sz w:val="24"/>
          <w:szCs w:val="24"/>
        </w:rPr>
        <w:t>recomienda</w:t>
      </w:r>
      <w:proofErr w:type="spellEnd"/>
      <w:r w:rsidRPr="00D4469C">
        <w:rPr>
          <w:color w:val="000000" w:themeColor="text1"/>
          <w:sz w:val="24"/>
          <w:szCs w:val="24"/>
        </w:rPr>
        <w:t xml:space="preserve"> un </w:t>
      </w:r>
      <w:proofErr w:type="spellStart"/>
      <w:r w:rsidRPr="00D4469C">
        <w:rPr>
          <w:color w:val="000000" w:themeColor="text1"/>
          <w:sz w:val="24"/>
          <w:szCs w:val="24"/>
        </w:rPr>
        <w:t>máximo</w:t>
      </w:r>
      <w:proofErr w:type="spellEnd"/>
      <w:r w:rsidRPr="00D4469C">
        <w:rPr>
          <w:color w:val="000000" w:themeColor="text1"/>
          <w:sz w:val="24"/>
          <w:szCs w:val="24"/>
        </w:rPr>
        <w:t xml:space="preserve"> de 1–2 </w:t>
      </w:r>
      <w:proofErr w:type="spellStart"/>
      <w:r w:rsidRPr="00D4469C">
        <w:rPr>
          <w:color w:val="000000" w:themeColor="text1"/>
          <w:sz w:val="24"/>
          <w:szCs w:val="24"/>
        </w:rPr>
        <w:t>códigos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por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priorizar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el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tema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dominante</w:t>
      </w:r>
      <w:proofErr w:type="spellEnd"/>
      <w:r w:rsidRPr="00D4469C">
        <w:rPr>
          <w:color w:val="000000" w:themeColor="text1"/>
          <w:sz w:val="24"/>
          <w:szCs w:val="24"/>
        </w:rPr>
        <w:t>).</w:t>
      </w:r>
    </w:p>
    <w:p w14:paraId="26166CFA" w14:textId="77777777" w:rsidR="00E151D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Las </w:t>
      </w:r>
      <w:proofErr w:type="spellStart"/>
      <w:r w:rsidRPr="00D4469C">
        <w:rPr>
          <w:color w:val="000000" w:themeColor="text1"/>
          <w:sz w:val="24"/>
          <w:szCs w:val="24"/>
        </w:rPr>
        <w:t>frecuencias</w:t>
      </w:r>
      <w:proofErr w:type="spellEnd"/>
      <w:r w:rsidRPr="00D4469C">
        <w:rPr>
          <w:color w:val="000000" w:themeColor="text1"/>
          <w:sz w:val="24"/>
          <w:szCs w:val="24"/>
        </w:rPr>
        <w:t xml:space="preserve"> se </w:t>
      </w:r>
      <w:proofErr w:type="spellStart"/>
      <w:r w:rsidRPr="00D4469C">
        <w:rPr>
          <w:color w:val="000000" w:themeColor="text1"/>
          <w:sz w:val="24"/>
          <w:szCs w:val="24"/>
        </w:rPr>
        <w:t>reportan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como</w:t>
      </w:r>
      <w:proofErr w:type="spellEnd"/>
      <w:r w:rsidRPr="00D4469C">
        <w:rPr>
          <w:color w:val="000000" w:themeColor="text1"/>
          <w:sz w:val="24"/>
          <w:szCs w:val="24"/>
        </w:rPr>
        <w:t xml:space="preserve"> “</w:t>
      </w:r>
      <w:proofErr w:type="spellStart"/>
      <w:r w:rsidRPr="00D4469C">
        <w:rPr>
          <w:color w:val="000000" w:themeColor="text1"/>
          <w:sz w:val="24"/>
          <w:szCs w:val="24"/>
        </w:rPr>
        <w:t>menciones</w:t>
      </w:r>
      <w:proofErr w:type="spellEnd"/>
      <w:r w:rsidRPr="00D4469C">
        <w:rPr>
          <w:color w:val="000000" w:themeColor="text1"/>
          <w:sz w:val="24"/>
          <w:szCs w:val="24"/>
        </w:rPr>
        <w:t xml:space="preserve">” (no </w:t>
      </w:r>
      <w:proofErr w:type="spellStart"/>
      <w:r w:rsidRPr="00D4469C">
        <w:rPr>
          <w:color w:val="000000" w:themeColor="text1"/>
          <w:sz w:val="24"/>
          <w:szCs w:val="24"/>
        </w:rPr>
        <w:t>equivalen</w:t>
      </w:r>
      <w:proofErr w:type="spellEnd"/>
      <w:r w:rsidRPr="00D4469C">
        <w:rPr>
          <w:color w:val="000000" w:themeColor="text1"/>
          <w:sz w:val="24"/>
          <w:szCs w:val="24"/>
        </w:rPr>
        <w:t xml:space="preserve"> a </w:t>
      </w:r>
      <w:proofErr w:type="spellStart"/>
      <w:r w:rsidRPr="00D4469C">
        <w:rPr>
          <w:color w:val="000000" w:themeColor="text1"/>
          <w:sz w:val="24"/>
          <w:szCs w:val="24"/>
        </w:rPr>
        <w:t>participación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real </w:t>
      </w:r>
      <w:proofErr w:type="spellStart"/>
      <w:r w:rsidRPr="00D4469C">
        <w:rPr>
          <w:color w:val="000000" w:themeColor="text1"/>
          <w:sz w:val="24"/>
          <w:szCs w:val="24"/>
        </w:rPr>
        <w:t>en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actividades</w:t>
      </w:r>
      <w:proofErr w:type="spellEnd"/>
      <w:r w:rsidRPr="00D4469C">
        <w:rPr>
          <w:color w:val="000000" w:themeColor="text1"/>
          <w:sz w:val="24"/>
          <w:szCs w:val="24"/>
        </w:rPr>
        <w:t>).</w:t>
      </w:r>
    </w:p>
    <w:p w14:paraId="455F8C5C" w14:textId="77777777" w:rsidR="00E151D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Respuestas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vacías</w:t>
      </w:r>
      <w:proofErr w:type="spellEnd"/>
      <w:r w:rsidRPr="00D4469C">
        <w:rPr>
          <w:color w:val="000000" w:themeColor="text1"/>
          <w:sz w:val="24"/>
          <w:szCs w:val="24"/>
        </w:rPr>
        <w:t xml:space="preserve">, </w:t>
      </w:r>
      <w:proofErr w:type="spellStart"/>
      <w:r w:rsidRPr="00D4469C">
        <w:rPr>
          <w:color w:val="000000" w:themeColor="text1"/>
          <w:sz w:val="24"/>
          <w:szCs w:val="24"/>
        </w:rPr>
        <w:t>ilegibles</w:t>
      </w:r>
      <w:proofErr w:type="spellEnd"/>
      <w:r w:rsidRPr="00D4469C">
        <w:rPr>
          <w:color w:val="000000" w:themeColor="text1"/>
          <w:sz w:val="24"/>
          <w:szCs w:val="24"/>
        </w:rPr>
        <w:t xml:space="preserve"> o </w:t>
      </w:r>
      <w:proofErr w:type="spellStart"/>
      <w:r w:rsidRPr="00D4469C">
        <w:rPr>
          <w:color w:val="000000" w:themeColor="text1"/>
          <w:sz w:val="24"/>
          <w:szCs w:val="24"/>
        </w:rPr>
        <w:t>guiones</w:t>
      </w:r>
      <w:proofErr w:type="spellEnd"/>
      <w:r w:rsidRPr="00D4469C">
        <w:rPr>
          <w:color w:val="000000" w:themeColor="text1"/>
          <w:sz w:val="24"/>
          <w:szCs w:val="24"/>
        </w:rPr>
        <w:t xml:space="preserve">: </w:t>
      </w:r>
      <w:proofErr w:type="spellStart"/>
      <w:r w:rsidRPr="00D4469C">
        <w:rPr>
          <w:color w:val="000000" w:themeColor="text1"/>
          <w:sz w:val="24"/>
          <w:szCs w:val="24"/>
        </w:rPr>
        <w:t>codificar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como</w:t>
      </w:r>
      <w:proofErr w:type="spellEnd"/>
      <w:r w:rsidRPr="00D4469C">
        <w:rPr>
          <w:color w:val="000000" w:themeColor="text1"/>
          <w:sz w:val="24"/>
          <w:szCs w:val="24"/>
        </w:rPr>
        <w:t xml:space="preserve"> NA_SIN_RESPUESTA.</w:t>
      </w:r>
    </w:p>
    <w:p w14:paraId="7D988195" w14:textId="77777777" w:rsidR="00E151DE" w:rsidRPr="00D4469C" w:rsidRDefault="00000000" w:rsidP="0049385E">
      <w:pPr>
        <w:pStyle w:val="Listaconvietas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Respuestas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genéricas</w:t>
      </w:r>
      <w:proofErr w:type="spellEnd"/>
      <w:r w:rsidRPr="00D4469C">
        <w:rPr>
          <w:color w:val="000000" w:themeColor="text1"/>
          <w:sz w:val="24"/>
          <w:szCs w:val="24"/>
        </w:rPr>
        <w:t xml:space="preserve"> (p. </w:t>
      </w:r>
      <w:proofErr w:type="spellStart"/>
      <w:r w:rsidRPr="00D4469C">
        <w:rPr>
          <w:color w:val="000000" w:themeColor="text1"/>
          <w:sz w:val="24"/>
          <w:szCs w:val="24"/>
        </w:rPr>
        <w:t>ej</w:t>
      </w:r>
      <w:proofErr w:type="spellEnd"/>
      <w:r w:rsidRPr="00D4469C">
        <w:rPr>
          <w:color w:val="000000" w:themeColor="text1"/>
          <w:sz w:val="24"/>
          <w:szCs w:val="24"/>
        </w:rPr>
        <w:t>., “</w:t>
      </w:r>
      <w:proofErr w:type="spellStart"/>
      <w:r w:rsidRPr="00D4469C">
        <w:rPr>
          <w:color w:val="000000" w:themeColor="text1"/>
          <w:sz w:val="24"/>
          <w:szCs w:val="24"/>
        </w:rPr>
        <w:t>todas</w:t>
      </w:r>
      <w:proofErr w:type="spellEnd"/>
      <w:r w:rsidRPr="00D4469C">
        <w:rPr>
          <w:color w:val="000000" w:themeColor="text1"/>
          <w:sz w:val="24"/>
          <w:szCs w:val="24"/>
        </w:rPr>
        <w:t>”, “</w:t>
      </w:r>
      <w:proofErr w:type="spellStart"/>
      <w:r w:rsidRPr="00D4469C">
        <w:rPr>
          <w:color w:val="000000" w:themeColor="text1"/>
          <w:sz w:val="24"/>
          <w:szCs w:val="24"/>
        </w:rPr>
        <w:t>todo</w:t>
      </w:r>
      <w:proofErr w:type="spellEnd"/>
      <w:r w:rsidRPr="00D4469C">
        <w:rPr>
          <w:color w:val="000000" w:themeColor="text1"/>
          <w:sz w:val="24"/>
          <w:szCs w:val="24"/>
        </w:rPr>
        <w:t xml:space="preserve">”): </w:t>
      </w:r>
      <w:proofErr w:type="spellStart"/>
      <w:r w:rsidRPr="00D4469C">
        <w:rPr>
          <w:color w:val="000000" w:themeColor="text1"/>
          <w:sz w:val="24"/>
          <w:szCs w:val="24"/>
        </w:rPr>
        <w:t>codificar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como</w:t>
      </w:r>
      <w:proofErr w:type="spellEnd"/>
      <w:r w:rsidRPr="00D4469C">
        <w:rPr>
          <w:color w:val="000000" w:themeColor="text1"/>
          <w:sz w:val="24"/>
          <w:szCs w:val="24"/>
        </w:rPr>
        <w:t xml:space="preserve"> V1_GEN o </w:t>
      </w:r>
      <w:proofErr w:type="spellStart"/>
      <w:r w:rsidRPr="00D4469C">
        <w:rPr>
          <w:color w:val="000000" w:themeColor="text1"/>
          <w:sz w:val="24"/>
          <w:szCs w:val="24"/>
        </w:rPr>
        <w:t>código</w:t>
      </w:r>
      <w:proofErr w:type="spellEnd"/>
      <w:r w:rsidRPr="00D4469C">
        <w:rPr>
          <w:color w:val="000000" w:themeColor="text1"/>
          <w:sz w:val="24"/>
          <w:szCs w:val="24"/>
        </w:rPr>
        <w:t xml:space="preserve"> general, </w:t>
      </w:r>
      <w:proofErr w:type="spellStart"/>
      <w:r w:rsidRPr="00D4469C">
        <w:rPr>
          <w:color w:val="000000" w:themeColor="text1"/>
          <w:sz w:val="24"/>
          <w:szCs w:val="24"/>
        </w:rPr>
        <w:t>según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aplique</w:t>
      </w:r>
      <w:proofErr w:type="spellEnd"/>
      <w:r w:rsidRPr="00D4469C">
        <w:rPr>
          <w:color w:val="000000" w:themeColor="text1"/>
          <w:sz w:val="24"/>
          <w:szCs w:val="24"/>
        </w:rPr>
        <w:t>.</w:t>
      </w:r>
    </w:p>
    <w:p w14:paraId="5EB01B00" w14:textId="77777777" w:rsidR="00E151DE" w:rsidRPr="00D4469C" w:rsidRDefault="00000000">
      <w:pPr>
        <w:pStyle w:val="Ttulo2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Tabla</w:t>
      </w:r>
      <w:proofErr w:type="spellEnd"/>
      <w:r w:rsidRPr="00D4469C">
        <w:rPr>
          <w:color w:val="000000" w:themeColor="text1"/>
          <w:sz w:val="24"/>
          <w:szCs w:val="24"/>
        </w:rPr>
        <w:t xml:space="preserve"> S1B-1. </w:t>
      </w:r>
      <w:proofErr w:type="spellStart"/>
      <w:r w:rsidRPr="00D4469C">
        <w:rPr>
          <w:color w:val="000000" w:themeColor="text1"/>
          <w:sz w:val="24"/>
          <w:szCs w:val="24"/>
        </w:rPr>
        <w:t>Actividad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más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interesante</w:t>
      </w:r>
      <w:proofErr w:type="spellEnd"/>
      <w:r w:rsidRPr="00D4469C">
        <w:rPr>
          <w:color w:val="000000" w:themeColor="text1"/>
          <w:sz w:val="24"/>
          <w:szCs w:val="24"/>
        </w:rPr>
        <w:t xml:space="preserve"> o </w:t>
      </w:r>
      <w:proofErr w:type="spellStart"/>
      <w:r w:rsidRPr="00D4469C">
        <w:rPr>
          <w:color w:val="000000" w:themeColor="text1"/>
          <w:sz w:val="24"/>
          <w:szCs w:val="24"/>
        </w:rPr>
        <w:t>útil</w:t>
      </w:r>
      <w:proofErr w:type="spellEnd"/>
      <w:r w:rsidRPr="00D4469C">
        <w:rPr>
          <w:color w:val="000000" w:themeColor="text1"/>
          <w:sz w:val="24"/>
          <w:szCs w:val="24"/>
        </w:rPr>
        <w:t xml:space="preserve"> (V1_ABI)</w:t>
      </w:r>
    </w:p>
    <w:p w14:paraId="2508C22B" w14:textId="77777777" w:rsidR="00E151DE" w:rsidRPr="00D4469C" w:rsidRDefault="00000000">
      <w:pPr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Pregunta</w:t>
      </w:r>
      <w:proofErr w:type="spellEnd"/>
      <w:r w:rsidRPr="00D4469C">
        <w:rPr>
          <w:color w:val="000000" w:themeColor="text1"/>
          <w:sz w:val="24"/>
          <w:szCs w:val="24"/>
        </w:rPr>
        <w:t>: ¿</w:t>
      </w:r>
      <w:proofErr w:type="spellStart"/>
      <w:r w:rsidRPr="00D4469C">
        <w:rPr>
          <w:color w:val="000000" w:themeColor="text1"/>
          <w:sz w:val="24"/>
          <w:szCs w:val="24"/>
        </w:rPr>
        <w:t>Qué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actividad</w:t>
      </w:r>
      <w:proofErr w:type="spellEnd"/>
      <w:r w:rsidRPr="00D4469C">
        <w:rPr>
          <w:color w:val="000000" w:themeColor="text1"/>
          <w:sz w:val="24"/>
          <w:szCs w:val="24"/>
        </w:rPr>
        <w:t xml:space="preserve"> le </w:t>
      </w:r>
      <w:proofErr w:type="spellStart"/>
      <w:r w:rsidRPr="00D4469C">
        <w:rPr>
          <w:color w:val="000000" w:themeColor="text1"/>
          <w:sz w:val="24"/>
          <w:szCs w:val="24"/>
        </w:rPr>
        <w:t>pareció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más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interesante</w:t>
      </w:r>
      <w:proofErr w:type="spellEnd"/>
      <w:r w:rsidRPr="00D4469C">
        <w:rPr>
          <w:color w:val="000000" w:themeColor="text1"/>
          <w:sz w:val="24"/>
          <w:szCs w:val="24"/>
        </w:rPr>
        <w:t xml:space="preserve"> o </w:t>
      </w:r>
      <w:proofErr w:type="spellStart"/>
      <w:r w:rsidRPr="00D4469C">
        <w:rPr>
          <w:color w:val="000000" w:themeColor="text1"/>
          <w:sz w:val="24"/>
          <w:szCs w:val="24"/>
        </w:rPr>
        <w:t>útil</w:t>
      </w:r>
      <w:proofErr w:type="spellEnd"/>
      <w:r w:rsidRPr="00D4469C">
        <w:rPr>
          <w:color w:val="000000" w:themeColor="text1"/>
          <w:sz w:val="24"/>
          <w:szCs w:val="24"/>
        </w:rPr>
        <w:t>?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91"/>
        <w:gridCol w:w="1936"/>
        <w:gridCol w:w="2313"/>
        <w:gridCol w:w="1961"/>
        <w:gridCol w:w="1956"/>
        <w:gridCol w:w="1961"/>
        <w:gridCol w:w="2012"/>
      </w:tblGrid>
      <w:tr w:rsidR="00D4469C" w:rsidRPr="00CF2E48" w14:paraId="70A51381" w14:textId="77777777">
        <w:trPr>
          <w:jc w:val="center"/>
        </w:trPr>
        <w:tc>
          <w:tcPr>
            <w:tcW w:w="2020" w:type="dxa"/>
            <w:shd w:val="clear" w:color="auto" w:fill="EDEDED"/>
          </w:tcPr>
          <w:p w14:paraId="5C0DA610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Código</w:t>
            </w:r>
          </w:p>
        </w:tc>
        <w:tc>
          <w:tcPr>
            <w:tcW w:w="2020" w:type="dxa"/>
            <w:shd w:val="clear" w:color="auto" w:fill="EDEDED"/>
          </w:tcPr>
          <w:p w14:paraId="12A8A7BB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Etiqueta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6B376455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Definición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operativa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471101F2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72847E7F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5FF5C951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extracto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20" w:type="dxa"/>
            <w:shd w:val="clear" w:color="auto" w:fill="EDEDED"/>
          </w:tcPr>
          <w:p w14:paraId="733919F0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Notas</w:t>
            </w:r>
            <w:proofErr w:type="spellEnd"/>
          </w:p>
        </w:tc>
      </w:tr>
      <w:tr w:rsidR="00D4469C" w:rsidRPr="00CF2E48" w14:paraId="7A573269" w14:textId="77777777">
        <w:trPr>
          <w:jc w:val="center"/>
        </w:trPr>
        <w:tc>
          <w:tcPr>
            <w:tcW w:w="2016" w:type="dxa"/>
          </w:tcPr>
          <w:p w14:paraId="07EA3DB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V1_PLAN</w:t>
            </w:r>
          </w:p>
        </w:tc>
        <w:tc>
          <w:tcPr>
            <w:tcW w:w="2010" w:type="dxa"/>
          </w:tcPr>
          <w:p w14:paraId="404E671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Politécnico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Móvil</w:t>
            </w:r>
            <w:proofErr w:type="spellEnd"/>
          </w:p>
        </w:tc>
        <w:tc>
          <w:tcPr>
            <w:tcW w:w="2313" w:type="dxa"/>
          </w:tcPr>
          <w:p w14:paraId="1AD53CB0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domo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inflable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inmersiva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asociada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5" w:type="dxa"/>
          </w:tcPr>
          <w:p w14:paraId="0185FE4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explícita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”, “domo”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proyección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inmersiva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0" w:type="dxa"/>
          </w:tcPr>
          <w:p w14:paraId="0C7901E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/videos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relación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03" w:type="dxa"/>
          </w:tcPr>
          <w:p w14:paraId="194AA40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</w:p>
        </w:tc>
        <w:tc>
          <w:tcPr>
            <w:tcW w:w="1989" w:type="dxa"/>
          </w:tcPr>
          <w:p w14:paraId="5F8487B6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353F1268" w14:textId="77777777">
        <w:trPr>
          <w:jc w:val="center"/>
        </w:trPr>
        <w:tc>
          <w:tcPr>
            <w:tcW w:w="2016" w:type="dxa"/>
          </w:tcPr>
          <w:p w14:paraId="7E35CDD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V1_IMG</w:t>
            </w:r>
          </w:p>
        </w:tc>
        <w:tc>
          <w:tcPr>
            <w:tcW w:w="2010" w:type="dxa"/>
          </w:tcPr>
          <w:p w14:paraId="7126C04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Cosmos</w:t>
            </w:r>
          </w:p>
        </w:tc>
        <w:tc>
          <w:tcPr>
            <w:tcW w:w="2313" w:type="dxa"/>
          </w:tcPr>
          <w:p w14:paraId="76ABDB9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galería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fotografías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cosmos.</w:t>
            </w:r>
          </w:p>
        </w:tc>
        <w:tc>
          <w:tcPr>
            <w:tcW w:w="2015" w:type="dxa"/>
          </w:tcPr>
          <w:p w14:paraId="3A13B0FB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 o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cosmos”.</w:t>
            </w:r>
          </w:p>
        </w:tc>
        <w:tc>
          <w:tcPr>
            <w:tcW w:w="2010" w:type="dxa"/>
          </w:tcPr>
          <w:p w14:paraId="20795C8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taller (usar V1_ASTROF).</w:t>
            </w:r>
          </w:p>
        </w:tc>
        <w:tc>
          <w:tcPr>
            <w:tcW w:w="2003" w:type="dxa"/>
          </w:tcPr>
          <w:p w14:paraId="6ADFB4F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cosmos</w:t>
            </w:r>
          </w:p>
        </w:tc>
        <w:tc>
          <w:tcPr>
            <w:tcW w:w="1989" w:type="dxa"/>
          </w:tcPr>
          <w:p w14:paraId="232DF5E5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642BF0B1" w14:textId="77777777">
        <w:trPr>
          <w:jc w:val="center"/>
        </w:trPr>
        <w:tc>
          <w:tcPr>
            <w:tcW w:w="2016" w:type="dxa"/>
          </w:tcPr>
          <w:p w14:paraId="4FB1ECC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V1_NINOS</w:t>
            </w:r>
          </w:p>
        </w:tc>
        <w:tc>
          <w:tcPr>
            <w:tcW w:w="2010" w:type="dxa"/>
          </w:tcPr>
          <w:p w14:paraId="77D6908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Taller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Niños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Cósmicos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313" w:type="dxa"/>
          </w:tcPr>
          <w:p w14:paraId="7D74326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explícita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al taller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infantil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a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Niños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Cósmicos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15" w:type="dxa"/>
          </w:tcPr>
          <w:p w14:paraId="6DBEC10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Niños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Cósmicos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 o “taller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niños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10" w:type="dxa"/>
          </w:tcPr>
          <w:p w14:paraId="4A00367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Uso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genérico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niños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público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03" w:type="dxa"/>
          </w:tcPr>
          <w:p w14:paraId="0537002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 taller de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Niños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Cósmicos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1989" w:type="dxa"/>
          </w:tcPr>
          <w:p w14:paraId="2A0D8820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286E422D" w14:textId="77777777">
        <w:trPr>
          <w:jc w:val="center"/>
        </w:trPr>
        <w:tc>
          <w:tcPr>
            <w:tcW w:w="2016" w:type="dxa"/>
          </w:tcPr>
          <w:p w14:paraId="04BD9191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V1_CHAR</w:t>
            </w:r>
          </w:p>
        </w:tc>
        <w:tc>
          <w:tcPr>
            <w:tcW w:w="2010" w:type="dxa"/>
          </w:tcPr>
          <w:p w14:paraId="7786244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Charlas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científicas</w:t>
            </w:r>
            <w:proofErr w:type="spellEnd"/>
          </w:p>
        </w:tc>
        <w:tc>
          <w:tcPr>
            <w:tcW w:w="2313" w:type="dxa"/>
          </w:tcPr>
          <w:p w14:paraId="702B290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charlas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pláticas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conferencias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científicas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5" w:type="dxa"/>
          </w:tcPr>
          <w:p w14:paraId="42D3202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charla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 o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plática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10" w:type="dxa"/>
          </w:tcPr>
          <w:p w14:paraId="3885742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Videos sin ponente (usar V1_VIDEO).</w:t>
            </w:r>
          </w:p>
        </w:tc>
        <w:tc>
          <w:tcPr>
            <w:tcW w:w="2003" w:type="dxa"/>
          </w:tcPr>
          <w:p w14:paraId="72C6AD6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Conferencias</w:t>
            </w:r>
            <w:proofErr w:type="spellEnd"/>
          </w:p>
        </w:tc>
        <w:tc>
          <w:tcPr>
            <w:tcW w:w="1989" w:type="dxa"/>
          </w:tcPr>
          <w:p w14:paraId="4AF80896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126DC251" w14:textId="77777777">
        <w:trPr>
          <w:jc w:val="center"/>
        </w:trPr>
        <w:tc>
          <w:tcPr>
            <w:tcW w:w="2016" w:type="dxa"/>
          </w:tcPr>
          <w:p w14:paraId="28ED907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V1_OBS</w:t>
            </w:r>
          </w:p>
        </w:tc>
        <w:tc>
          <w:tcPr>
            <w:tcW w:w="2010" w:type="dxa"/>
          </w:tcPr>
          <w:p w14:paraId="3CCBF01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(día/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noche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313" w:type="dxa"/>
          </w:tcPr>
          <w:p w14:paraId="76C64113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luna/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2015" w:type="dxa"/>
          </w:tcPr>
          <w:p w14:paraId="2EBB61E0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 u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10" w:type="dxa"/>
          </w:tcPr>
          <w:p w14:paraId="65A69E7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03" w:type="dxa"/>
          </w:tcPr>
          <w:p w14:paraId="441A687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La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</w:t>
            </w:r>
            <w:proofErr w:type="spellEnd"/>
          </w:p>
        </w:tc>
        <w:tc>
          <w:tcPr>
            <w:tcW w:w="1989" w:type="dxa"/>
          </w:tcPr>
          <w:p w14:paraId="44267545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4A8A66F2" w14:textId="77777777">
        <w:trPr>
          <w:jc w:val="center"/>
        </w:trPr>
        <w:tc>
          <w:tcPr>
            <w:tcW w:w="2016" w:type="dxa"/>
          </w:tcPr>
          <w:p w14:paraId="17C466A2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V1_HIDRO_EXH</w:t>
            </w:r>
          </w:p>
        </w:tc>
        <w:tc>
          <w:tcPr>
            <w:tcW w:w="2010" w:type="dxa"/>
          </w:tcPr>
          <w:p w14:paraId="64A21A15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hidropropulsado</w:t>
            </w:r>
            <w:proofErr w:type="spellEnd"/>
          </w:p>
        </w:tc>
        <w:tc>
          <w:tcPr>
            <w:tcW w:w="2313" w:type="dxa"/>
          </w:tcPr>
          <w:p w14:paraId="39CF918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explícita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visualización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hidropropulsado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(no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taller)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destacada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5" w:type="dxa"/>
          </w:tcPr>
          <w:p w14:paraId="6B0F22E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hidropropulsado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0" w:type="dxa"/>
          </w:tcPr>
          <w:p w14:paraId="3EBB454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refiere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taller (usar V1_COHET_TALL)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otra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(p.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ej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.,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2003" w:type="dxa"/>
          </w:tcPr>
          <w:p w14:paraId="315E49C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“La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hidropropulsado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.”</w:t>
            </w:r>
          </w:p>
        </w:tc>
        <w:tc>
          <w:tcPr>
            <w:tcW w:w="1989" w:type="dxa"/>
          </w:tcPr>
          <w:p w14:paraId="09422B79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6BA3F27E" w14:textId="77777777">
        <w:trPr>
          <w:jc w:val="center"/>
        </w:trPr>
        <w:tc>
          <w:tcPr>
            <w:tcW w:w="2016" w:type="dxa"/>
          </w:tcPr>
          <w:p w14:paraId="3A9C2F4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V1_ASTROF</w:t>
            </w:r>
          </w:p>
        </w:tc>
        <w:tc>
          <w:tcPr>
            <w:tcW w:w="2010" w:type="dxa"/>
          </w:tcPr>
          <w:p w14:paraId="14CE76B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Astrofotografía</w:t>
            </w:r>
            <w:proofErr w:type="spellEnd"/>
          </w:p>
        </w:tc>
        <w:tc>
          <w:tcPr>
            <w:tcW w:w="2313" w:type="dxa"/>
          </w:tcPr>
          <w:p w14:paraId="4FACD545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taller.</w:t>
            </w:r>
          </w:p>
        </w:tc>
        <w:tc>
          <w:tcPr>
            <w:tcW w:w="2015" w:type="dxa"/>
          </w:tcPr>
          <w:p w14:paraId="347E97E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 o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10" w:type="dxa"/>
          </w:tcPr>
          <w:p w14:paraId="7796389B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imágenes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(no taller).</w:t>
            </w:r>
          </w:p>
        </w:tc>
        <w:tc>
          <w:tcPr>
            <w:tcW w:w="2003" w:type="dxa"/>
          </w:tcPr>
          <w:p w14:paraId="59067B4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El 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fotografía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observación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astronómica</w:t>
            </w:r>
            <w:proofErr w:type="spellEnd"/>
          </w:p>
        </w:tc>
        <w:tc>
          <w:tcPr>
            <w:tcW w:w="1989" w:type="dxa"/>
          </w:tcPr>
          <w:p w14:paraId="68B4656D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66F2804A" w14:textId="77777777">
        <w:trPr>
          <w:jc w:val="center"/>
        </w:trPr>
        <w:tc>
          <w:tcPr>
            <w:tcW w:w="2016" w:type="dxa"/>
          </w:tcPr>
          <w:p w14:paraId="0B9ABB32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V1_COHET_TALL</w:t>
            </w:r>
          </w:p>
        </w:tc>
        <w:tc>
          <w:tcPr>
            <w:tcW w:w="2010" w:type="dxa"/>
          </w:tcPr>
          <w:p w14:paraId="4A0C248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Taller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Introducción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</w:t>
            </w:r>
          </w:p>
        </w:tc>
        <w:tc>
          <w:tcPr>
            <w:tcW w:w="2313" w:type="dxa"/>
          </w:tcPr>
          <w:p w14:paraId="4EE27E8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explícita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al 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introducción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lanzamiento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propulsión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5" w:type="dxa"/>
          </w:tcPr>
          <w:p w14:paraId="621CC3F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“taller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introducción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realizada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0" w:type="dxa"/>
          </w:tcPr>
          <w:p w14:paraId="0496495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únicamente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exhibición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hidropropulsado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V1_HIDRO_EXH) o 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habla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‘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espacio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’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03" w:type="dxa"/>
          </w:tcPr>
          <w:p w14:paraId="1488AFC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“El taller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cohetería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.”</w:t>
            </w:r>
          </w:p>
        </w:tc>
        <w:tc>
          <w:tcPr>
            <w:tcW w:w="1989" w:type="dxa"/>
          </w:tcPr>
          <w:p w14:paraId="5ACC33F7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04FEDC4B" w14:textId="77777777">
        <w:trPr>
          <w:jc w:val="center"/>
        </w:trPr>
        <w:tc>
          <w:tcPr>
            <w:tcW w:w="2016" w:type="dxa"/>
          </w:tcPr>
          <w:p w14:paraId="003096D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V1_VIDEO</w:t>
            </w:r>
          </w:p>
        </w:tc>
        <w:tc>
          <w:tcPr>
            <w:tcW w:w="2010" w:type="dxa"/>
          </w:tcPr>
          <w:p w14:paraId="6318590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Vídeos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científicos</w:t>
            </w:r>
            <w:proofErr w:type="spellEnd"/>
          </w:p>
        </w:tc>
        <w:tc>
          <w:tcPr>
            <w:tcW w:w="2313" w:type="dxa"/>
          </w:tcPr>
          <w:p w14:paraId="381D2D7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videos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proyecciones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audiovisuales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2015" w:type="dxa"/>
          </w:tcPr>
          <w:p w14:paraId="52667CC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video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(s)” o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proyección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10" w:type="dxa"/>
          </w:tcPr>
          <w:p w14:paraId="40CEE2B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/domo (usar V1_PLAN).</w:t>
            </w:r>
          </w:p>
        </w:tc>
        <w:tc>
          <w:tcPr>
            <w:tcW w:w="2003" w:type="dxa"/>
          </w:tcPr>
          <w:p w14:paraId="5BDC9EA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El video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planetas</w:t>
            </w:r>
            <w:proofErr w:type="spellEnd"/>
          </w:p>
        </w:tc>
        <w:tc>
          <w:tcPr>
            <w:tcW w:w="1989" w:type="dxa"/>
          </w:tcPr>
          <w:p w14:paraId="39BF8FDD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6F05E794" w14:textId="77777777">
        <w:trPr>
          <w:jc w:val="center"/>
        </w:trPr>
        <w:tc>
          <w:tcPr>
            <w:tcW w:w="2016" w:type="dxa"/>
          </w:tcPr>
          <w:p w14:paraId="4055D5E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V1_GEN</w:t>
            </w:r>
          </w:p>
        </w:tc>
        <w:tc>
          <w:tcPr>
            <w:tcW w:w="2010" w:type="dxa"/>
          </w:tcPr>
          <w:p w14:paraId="37FBE2A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 general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varias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313" w:type="dxa"/>
          </w:tcPr>
          <w:p w14:paraId="5532CB1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Respuesta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amplia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preferencia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única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(p.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ej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”).</w:t>
            </w:r>
          </w:p>
        </w:tc>
        <w:tc>
          <w:tcPr>
            <w:tcW w:w="2015" w:type="dxa"/>
          </w:tcPr>
          <w:p w14:paraId="18A590C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varias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10" w:type="dxa"/>
          </w:tcPr>
          <w:p w14:paraId="22AF622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 hay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claramente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dominante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codificar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03" w:type="dxa"/>
          </w:tcPr>
          <w:p w14:paraId="3D555FC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Todas</w:t>
            </w:r>
            <w:proofErr w:type="spellEnd"/>
          </w:p>
        </w:tc>
        <w:tc>
          <w:tcPr>
            <w:tcW w:w="1989" w:type="dxa"/>
          </w:tcPr>
          <w:p w14:paraId="0F489842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77EC0725" w14:textId="77777777">
        <w:trPr>
          <w:jc w:val="center"/>
        </w:trPr>
        <w:tc>
          <w:tcPr>
            <w:tcW w:w="2016" w:type="dxa"/>
          </w:tcPr>
          <w:p w14:paraId="5091FD2B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V1_OTRO</w:t>
            </w:r>
          </w:p>
        </w:tc>
        <w:tc>
          <w:tcPr>
            <w:tcW w:w="2010" w:type="dxa"/>
          </w:tcPr>
          <w:p w14:paraId="0BAA43C0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especificó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/ Respuesta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vaga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/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abiertas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313" w:type="dxa"/>
          </w:tcPr>
          <w:p w14:paraId="1DF5CA2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Respuesta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ambigua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alineada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específica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;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agrupa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genéricas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vagas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de baja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frecuencia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así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casos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reporta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forma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agregada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manuscrito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5" w:type="dxa"/>
          </w:tcPr>
          <w:p w14:paraId="79593D37" w14:textId="77777777" w:rsidR="008D731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Comentarios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generales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muy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interesante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”)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dominante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;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vagas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ambiguas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;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muy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baja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frecuencia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manuscrito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reporta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forma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agregada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Otro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10" w:type="dxa"/>
          </w:tcPr>
          <w:p w14:paraId="6F8E5B4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identifica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claramente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las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categorías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listadas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código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correspondiente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2003" w:type="dxa"/>
          </w:tcPr>
          <w:p w14:paraId="43503C4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“Me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gustaron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videos.” / “Todo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muy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interesante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.”</w:t>
            </w:r>
          </w:p>
        </w:tc>
        <w:tc>
          <w:tcPr>
            <w:tcW w:w="1989" w:type="dxa"/>
          </w:tcPr>
          <w:p w14:paraId="78267F3C" w14:textId="77777777" w:rsidR="008D731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En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manuscrito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Tabla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2),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fila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agrupa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genéricas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vagas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muy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baja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frecuencia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aplica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casos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ítem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abierto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véase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también V1_GEN y NA_SIN_RESPUESTA).</w:t>
            </w:r>
          </w:p>
        </w:tc>
      </w:tr>
      <w:tr w:rsidR="00D4469C" w:rsidRPr="00CF2E48" w14:paraId="34469554" w14:textId="77777777">
        <w:trPr>
          <w:jc w:val="center"/>
        </w:trPr>
        <w:tc>
          <w:tcPr>
            <w:tcW w:w="2016" w:type="dxa"/>
          </w:tcPr>
          <w:p w14:paraId="34DB1B4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NA_SIN_RESPUESTA</w:t>
            </w:r>
          </w:p>
        </w:tc>
        <w:tc>
          <w:tcPr>
            <w:tcW w:w="2010" w:type="dxa"/>
          </w:tcPr>
          <w:p w14:paraId="54B2C1AB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</w:p>
        </w:tc>
        <w:tc>
          <w:tcPr>
            <w:tcW w:w="2313" w:type="dxa"/>
          </w:tcPr>
          <w:p w14:paraId="68BCAA8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Celda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guion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texto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no interpretable.</w:t>
            </w:r>
          </w:p>
        </w:tc>
        <w:tc>
          <w:tcPr>
            <w:tcW w:w="2015" w:type="dxa"/>
          </w:tcPr>
          <w:p w14:paraId="28E66B4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Vacío</w:t>
            </w:r>
            <w:proofErr w:type="spellEnd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—”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-”/sin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significativo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10" w:type="dxa"/>
          </w:tcPr>
          <w:p w14:paraId="2AAEA77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2003" w:type="dxa"/>
          </w:tcPr>
          <w:p w14:paraId="095C2355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9" w:type="dxa"/>
          </w:tcPr>
          <w:p w14:paraId="2EC41AD8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12DB8E96" w14:textId="77777777" w:rsidR="00E151DE" w:rsidRPr="00D4469C" w:rsidRDefault="00E151DE">
      <w:pPr>
        <w:rPr>
          <w:color w:val="000000" w:themeColor="text1"/>
          <w:sz w:val="18"/>
          <w:szCs w:val="18"/>
        </w:rPr>
      </w:pPr>
    </w:p>
    <w:p w14:paraId="0BF9C685" w14:textId="77777777" w:rsidR="00E151DE" w:rsidRPr="00D4469C" w:rsidRDefault="00000000">
      <w:pPr>
        <w:pStyle w:val="Ttulo2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lastRenderedPageBreak/>
        <w:t>Tabla</w:t>
      </w:r>
      <w:proofErr w:type="spellEnd"/>
      <w:r w:rsidRPr="00D4469C">
        <w:rPr>
          <w:color w:val="000000" w:themeColor="text1"/>
          <w:sz w:val="24"/>
          <w:szCs w:val="24"/>
        </w:rPr>
        <w:t xml:space="preserve"> S1B-2. </w:t>
      </w:r>
      <w:proofErr w:type="spellStart"/>
      <w:r w:rsidRPr="00D4469C">
        <w:rPr>
          <w:color w:val="000000" w:themeColor="text1"/>
          <w:sz w:val="24"/>
          <w:szCs w:val="24"/>
        </w:rPr>
        <w:t>Aspectos</w:t>
      </w:r>
      <w:proofErr w:type="spellEnd"/>
      <w:r w:rsidRPr="00D4469C">
        <w:rPr>
          <w:color w:val="000000" w:themeColor="text1"/>
          <w:sz w:val="24"/>
          <w:szCs w:val="24"/>
        </w:rPr>
        <w:t xml:space="preserve"> o </w:t>
      </w:r>
      <w:proofErr w:type="spellStart"/>
      <w:r w:rsidRPr="00D4469C">
        <w:rPr>
          <w:color w:val="000000" w:themeColor="text1"/>
          <w:sz w:val="24"/>
          <w:szCs w:val="24"/>
        </w:rPr>
        <w:t>actividades</w:t>
      </w:r>
      <w:proofErr w:type="spellEnd"/>
      <w:r w:rsidRPr="00D4469C">
        <w:rPr>
          <w:color w:val="000000" w:themeColor="text1"/>
          <w:sz w:val="24"/>
          <w:szCs w:val="24"/>
        </w:rPr>
        <w:t xml:space="preserve"> a </w:t>
      </w:r>
      <w:proofErr w:type="spellStart"/>
      <w:r w:rsidRPr="00D4469C">
        <w:rPr>
          <w:color w:val="000000" w:themeColor="text1"/>
          <w:sz w:val="24"/>
          <w:szCs w:val="24"/>
        </w:rPr>
        <w:t>mejorar</w:t>
      </w:r>
      <w:proofErr w:type="spellEnd"/>
      <w:r w:rsidRPr="00D4469C">
        <w:rPr>
          <w:color w:val="000000" w:themeColor="text1"/>
          <w:sz w:val="24"/>
          <w:szCs w:val="24"/>
        </w:rPr>
        <w:t xml:space="preserve"> (V2_ABM)</w:t>
      </w:r>
    </w:p>
    <w:p w14:paraId="08418E5F" w14:textId="77777777" w:rsidR="008A1B7B" w:rsidRPr="00D4469C" w:rsidRDefault="00000000">
      <w:pPr>
        <w:rPr>
          <w:color w:val="000000" w:themeColor="text1"/>
          <w:sz w:val="24"/>
          <w:szCs w:val="24"/>
        </w:rPr>
      </w:pPr>
      <w:r w:rsidRPr="00D4469C">
        <w:rPr>
          <w:color w:val="000000" w:themeColor="text1"/>
          <w:sz w:val="24"/>
          <w:szCs w:val="24"/>
        </w:rPr>
        <w:t xml:space="preserve">Nota de </w:t>
      </w:r>
      <w:proofErr w:type="spellStart"/>
      <w:r w:rsidRPr="00D4469C">
        <w:rPr>
          <w:color w:val="000000" w:themeColor="text1"/>
          <w:sz w:val="24"/>
          <w:szCs w:val="24"/>
        </w:rPr>
        <w:t>reporte</w:t>
      </w:r>
      <w:proofErr w:type="spellEnd"/>
      <w:r w:rsidRPr="00D4469C">
        <w:rPr>
          <w:color w:val="000000" w:themeColor="text1"/>
          <w:sz w:val="24"/>
          <w:szCs w:val="24"/>
        </w:rPr>
        <w:t xml:space="preserve">: En </w:t>
      </w:r>
      <w:proofErr w:type="spellStart"/>
      <w:r w:rsidRPr="00D4469C">
        <w:rPr>
          <w:color w:val="000000" w:themeColor="text1"/>
          <w:sz w:val="24"/>
          <w:szCs w:val="24"/>
        </w:rPr>
        <w:t>el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manuscrito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Tabla</w:t>
      </w:r>
      <w:proofErr w:type="spellEnd"/>
      <w:r w:rsidRPr="00D4469C">
        <w:rPr>
          <w:color w:val="000000" w:themeColor="text1"/>
          <w:sz w:val="24"/>
          <w:szCs w:val="24"/>
        </w:rPr>
        <w:t xml:space="preserve"> 3), V2_REC_CAP (</w:t>
      </w:r>
      <w:proofErr w:type="spellStart"/>
      <w:r w:rsidRPr="00D4469C">
        <w:rPr>
          <w:color w:val="000000" w:themeColor="text1"/>
          <w:sz w:val="24"/>
          <w:szCs w:val="24"/>
        </w:rPr>
        <w:t>cupo</w:t>
      </w:r>
      <w:proofErr w:type="spellEnd"/>
      <w:r w:rsidRPr="00D4469C">
        <w:rPr>
          <w:color w:val="000000" w:themeColor="text1"/>
          <w:sz w:val="24"/>
          <w:szCs w:val="24"/>
        </w:rPr>
        <w:t>/</w:t>
      </w:r>
      <w:proofErr w:type="spellStart"/>
      <w:r w:rsidRPr="00D4469C">
        <w:rPr>
          <w:color w:val="000000" w:themeColor="text1"/>
          <w:sz w:val="24"/>
          <w:szCs w:val="24"/>
        </w:rPr>
        <w:t>filas</w:t>
      </w:r>
      <w:proofErr w:type="spellEnd"/>
      <w:r w:rsidRPr="00D4469C">
        <w:rPr>
          <w:color w:val="000000" w:themeColor="text1"/>
          <w:sz w:val="24"/>
          <w:szCs w:val="24"/>
        </w:rPr>
        <w:t>/</w:t>
      </w:r>
      <w:proofErr w:type="spellStart"/>
      <w:r w:rsidRPr="00D4469C">
        <w:rPr>
          <w:color w:val="000000" w:themeColor="text1"/>
          <w:sz w:val="24"/>
          <w:szCs w:val="24"/>
        </w:rPr>
        <w:t>telescopios</w:t>
      </w:r>
      <w:proofErr w:type="spellEnd"/>
      <w:r w:rsidRPr="00D4469C">
        <w:rPr>
          <w:color w:val="000000" w:themeColor="text1"/>
          <w:sz w:val="24"/>
          <w:szCs w:val="24"/>
        </w:rPr>
        <w:t>/</w:t>
      </w:r>
      <w:proofErr w:type="spellStart"/>
      <w:r w:rsidRPr="00D4469C">
        <w:rPr>
          <w:color w:val="000000" w:themeColor="text1"/>
          <w:sz w:val="24"/>
          <w:szCs w:val="24"/>
        </w:rPr>
        <w:t>saturación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) se </w:t>
      </w:r>
      <w:proofErr w:type="spellStart"/>
      <w:r w:rsidRPr="00D4469C">
        <w:rPr>
          <w:color w:val="000000" w:themeColor="text1"/>
          <w:sz w:val="24"/>
          <w:szCs w:val="24"/>
        </w:rPr>
        <w:t>reporta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como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rubro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independiente</w:t>
      </w:r>
      <w:proofErr w:type="spellEnd"/>
      <w:r w:rsidRPr="00D4469C">
        <w:rPr>
          <w:color w:val="000000" w:themeColor="text1"/>
          <w:sz w:val="24"/>
          <w:szCs w:val="24"/>
        </w:rPr>
        <w:t xml:space="preserve">. La </w:t>
      </w:r>
      <w:proofErr w:type="spellStart"/>
      <w:r w:rsidRPr="00D4469C">
        <w:rPr>
          <w:color w:val="000000" w:themeColor="text1"/>
          <w:sz w:val="24"/>
          <w:szCs w:val="24"/>
        </w:rPr>
        <w:t>codificación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permite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menciones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múltiples</w:t>
      </w:r>
      <w:proofErr w:type="spellEnd"/>
      <w:r w:rsidRPr="00D4469C">
        <w:rPr>
          <w:color w:val="000000" w:themeColor="text1"/>
          <w:sz w:val="24"/>
          <w:szCs w:val="24"/>
        </w:rPr>
        <w:t xml:space="preserve">; </w:t>
      </w:r>
      <w:proofErr w:type="spellStart"/>
      <w:r w:rsidRPr="00D4469C">
        <w:rPr>
          <w:color w:val="000000" w:themeColor="text1"/>
          <w:sz w:val="24"/>
          <w:szCs w:val="24"/>
        </w:rPr>
        <w:t>por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ello</w:t>
      </w:r>
      <w:proofErr w:type="spellEnd"/>
      <w:r w:rsidRPr="00D4469C">
        <w:rPr>
          <w:color w:val="000000" w:themeColor="text1"/>
          <w:sz w:val="24"/>
          <w:szCs w:val="24"/>
        </w:rPr>
        <w:t xml:space="preserve">, </w:t>
      </w:r>
      <w:proofErr w:type="spellStart"/>
      <w:r w:rsidRPr="00D4469C">
        <w:rPr>
          <w:color w:val="000000" w:themeColor="text1"/>
          <w:sz w:val="24"/>
          <w:szCs w:val="24"/>
        </w:rPr>
        <w:t>una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misma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puede</w:t>
      </w:r>
      <w:proofErr w:type="spellEnd"/>
      <w:r w:rsidRPr="00D4469C">
        <w:rPr>
          <w:color w:val="000000" w:themeColor="text1"/>
          <w:sz w:val="24"/>
          <w:szCs w:val="24"/>
        </w:rPr>
        <w:t xml:space="preserve"> registrar </w:t>
      </w:r>
      <w:proofErr w:type="spellStart"/>
      <w:r w:rsidRPr="00D4469C">
        <w:rPr>
          <w:color w:val="000000" w:themeColor="text1"/>
          <w:sz w:val="24"/>
          <w:szCs w:val="24"/>
        </w:rPr>
        <w:t>simultáneamente</w:t>
      </w:r>
      <w:proofErr w:type="spellEnd"/>
      <w:r w:rsidRPr="00D4469C">
        <w:rPr>
          <w:color w:val="000000" w:themeColor="text1"/>
          <w:sz w:val="24"/>
          <w:szCs w:val="24"/>
        </w:rPr>
        <w:t xml:space="preserve"> V2_REC_CAP y V2_PLAN_AV </w:t>
      </w:r>
      <w:proofErr w:type="spellStart"/>
      <w:r w:rsidRPr="00D4469C">
        <w:rPr>
          <w:color w:val="000000" w:themeColor="text1"/>
          <w:sz w:val="24"/>
          <w:szCs w:val="24"/>
        </w:rPr>
        <w:t>cuando</w:t>
      </w:r>
      <w:proofErr w:type="spellEnd"/>
      <w:r w:rsidRPr="00D4469C">
        <w:rPr>
          <w:color w:val="000000" w:themeColor="text1"/>
          <w:sz w:val="24"/>
          <w:szCs w:val="24"/>
        </w:rPr>
        <w:t xml:space="preserve"> co-</w:t>
      </w:r>
      <w:proofErr w:type="spellStart"/>
      <w:r w:rsidRPr="00D4469C">
        <w:rPr>
          <w:color w:val="000000" w:themeColor="text1"/>
          <w:sz w:val="24"/>
          <w:szCs w:val="24"/>
        </w:rPr>
        <w:t>ocurran</w:t>
      </w:r>
      <w:proofErr w:type="spellEnd"/>
      <w:r w:rsidRPr="00D4469C">
        <w:rPr>
          <w:color w:val="000000" w:themeColor="text1"/>
          <w:sz w:val="24"/>
          <w:szCs w:val="24"/>
        </w:rPr>
        <w:t xml:space="preserve"> (las </w:t>
      </w:r>
      <w:proofErr w:type="spellStart"/>
      <w:r w:rsidRPr="00D4469C">
        <w:rPr>
          <w:color w:val="000000" w:themeColor="text1"/>
          <w:sz w:val="24"/>
          <w:szCs w:val="24"/>
        </w:rPr>
        <w:t>frecuencias</w:t>
      </w:r>
      <w:proofErr w:type="spellEnd"/>
      <w:r w:rsidRPr="00D4469C">
        <w:rPr>
          <w:color w:val="000000" w:themeColor="text1"/>
          <w:sz w:val="24"/>
          <w:szCs w:val="24"/>
        </w:rPr>
        <w:t xml:space="preserve"> se </w:t>
      </w:r>
      <w:proofErr w:type="spellStart"/>
      <w:r w:rsidRPr="00D4469C">
        <w:rPr>
          <w:color w:val="000000" w:themeColor="text1"/>
          <w:sz w:val="24"/>
          <w:szCs w:val="24"/>
        </w:rPr>
        <w:t>reportan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como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menciones</w:t>
      </w:r>
      <w:proofErr w:type="spellEnd"/>
      <w:r w:rsidRPr="00D4469C">
        <w:rPr>
          <w:color w:val="000000" w:themeColor="text1"/>
          <w:sz w:val="24"/>
          <w:szCs w:val="24"/>
        </w:rPr>
        <w:t>).</w:t>
      </w:r>
    </w:p>
    <w:p w14:paraId="55FF92E0" w14:textId="77777777" w:rsidR="00E151DE" w:rsidRPr="00D4469C" w:rsidRDefault="00000000">
      <w:pPr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Pregunta</w:t>
      </w:r>
      <w:proofErr w:type="spellEnd"/>
      <w:r w:rsidRPr="00D4469C">
        <w:rPr>
          <w:color w:val="000000" w:themeColor="text1"/>
          <w:sz w:val="24"/>
          <w:szCs w:val="24"/>
        </w:rPr>
        <w:t>: ¿</w:t>
      </w:r>
      <w:proofErr w:type="spellStart"/>
      <w:r w:rsidRPr="00D4469C">
        <w:rPr>
          <w:color w:val="000000" w:themeColor="text1"/>
          <w:sz w:val="24"/>
          <w:szCs w:val="24"/>
        </w:rPr>
        <w:t>Qué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aspecto</w:t>
      </w:r>
      <w:proofErr w:type="spellEnd"/>
      <w:r w:rsidRPr="00D4469C">
        <w:rPr>
          <w:color w:val="000000" w:themeColor="text1"/>
          <w:sz w:val="24"/>
          <w:szCs w:val="24"/>
        </w:rPr>
        <w:t xml:space="preserve"> o </w:t>
      </w:r>
      <w:proofErr w:type="spellStart"/>
      <w:r w:rsidRPr="00D4469C">
        <w:rPr>
          <w:color w:val="000000" w:themeColor="text1"/>
          <w:sz w:val="24"/>
          <w:szCs w:val="24"/>
        </w:rPr>
        <w:t>actividad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considera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que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podría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mejorarse</w:t>
      </w:r>
      <w:proofErr w:type="spellEnd"/>
      <w:r w:rsidRPr="00D4469C">
        <w:rPr>
          <w:color w:val="000000" w:themeColor="text1"/>
          <w:sz w:val="24"/>
          <w:szCs w:val="24"/>
        </w:rPr>
        <w:t>?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53"/>
        <w:gridCol w:w="2792"/>
        <w:gridCol w:w="1860"/>
        <w:gridCol w:w="1914"/>
        <w:gridCol w:w="2457"/>
        <w:gridCol w:w="1697"/>
        <w:gridCol w:w="1457"/>
      </w:tblGrid>
      <w:tr w:rsidR="00D4469C" w:rsidRPr="00CF2E48" w14:paraId="6D6CFCE3" w14:textId="77777777">
        <w:trPr>
          <w:jc w:val="center"/>
        </w:trPr>
        <w:tc>
          <w:tcPr>
            <w:tcW w:w="2020" w:type="dxa"/>
            <w:shd w:val="clear" w:color="auto" w:fill="EDEDED"/>
          </w:tcPr>
          <w:p w14:paraId="48B27656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Código</w:t>
            </w:r>
          </w:p>
        </w:tc>
        <w:tc>
          <w:tcPr>
            <w:tcW w:w="2020" w:type="dxa"/>
            <w:shd w:val="clear" w:color="auto" w:fill="EDEDED"/>
          </w:tcPr>
          <w:p w14:paraId="0172AEB7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Etiqueta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27A5646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Definición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operativa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0F0A30B8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14FBCBA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1AC004AC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extracto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20" w:type="dxa"/>
            <w:shd w:val="clear" w:color="auto" w:fill="EDEDED"/>
          </w:tcPr>
          <w:p w14:paraId="537FEB26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Notas</w:t>
            </w:r>
            <w:proofErr w:type="spellEnd"/>
          </w:p>
        </w:tc>
      </w:tr>
      <w:tr w:rsidR="00D4469C" w:rsidRPr="00CF2E48" w14:paraId="45C6F86D" w14:textId="77777777">
        <w:trPr>
          <w:jc w:val="center"/>
        </w:trPr>
        <w:tc>
          <w:tcPr>
            <w:tcW w:w="2020" w:type="dxa"/>
          </w:tcPr>
          <w:p w14:paraId="092E7E2A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V2_SIN</w:t>
            </w:r>
          </w:p>
        </w:tc>
        <w:tc>
          <w:tcPr>
            <w:tcW w:w="2020" w:type="dxa"/>
          </w:tcPr>
          <w:p w14:paraId="57AAC1BC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</w:p>
        </w:tc>
        <w:tc>
          <w:tcPr>
            <w:tcW w:w="2020" w:type="dxa"/>
          </w:tcPr>
          <w:p w14:paraId="4CD7372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Indica que no hay nada que mejorar o que todo estuvo bien.</w:t>
            </w:r>
          </w:p>
        </w:tc>
        <w:tc>
          <w:tcPr>
            <w:tcW w:w="2020" w:type="dxa"/>
          </w:tcPr>
          <w:p w14:paraId="776B44D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ninguna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“nada”,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todo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bien”.</w:t>
            </w:r>
          </w:p>
        </w:tc>
        <w:tc>
          <w:tcPr>
            <w:tcW w:w="2020" w:type="dxa"/>
          </w:tcPr>
          <w:p w14:paraId="693D6B2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Si además propone una mejora concreta.</w:t>
            </w:r>
          </w:p>
        </w:tc>
        <w:tc>
          <w:tcPr>
            <w:tcW w:w="2020" w:type="dxa"/>
          </w:tcPr>
          <w:p w14:paraId="7444E96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Ninguna</w:t>
            </w:r>
            <w:proofErr w:type="spellEnd"/>
          </w:p>
        </w:tc>
        <w:tc>
          <w:tcPr>
            <w:tcW w:w="2020" w:type="dxa"/>
          </w:tcPr>
          <w:p w14:paraId="12BBB2CC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25CB12FE" w14:textId="77777777">
        <w:trPr>
          <w:jc w:val="center"/>
        </w:trPr>
        <w:tc>
          <w:tcPr>
            <w:tcW w:w="2020" w:type="dxa"/>
          </w:tcPr>
          <w:p w14:paraId="7D354FE6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V2_PLAN_AV</w:t>
            </w:r>
          </w:p>
        </w:tc>
        <w:tc>
          <w:tcPr>
            <w:tcW w:w="2020" w:type="dxa"/>
          </w:tcPr>
          <w:p w14:paraId="014736C0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calidad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audio/imagen</w:t>
            </w:r>
          </w:p>
        </w:tc>
        <w:tc>
          <w:tcPr>
            <w:tcW w:w="2020" w:type="dxa"/>
          </w:tcPr>
          <w:p w14:paraId="240C118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Sugiere mejorar calidad técnica (audio, imagen, resolución) en planetario.</w:t>
            </w:r>
          </w:p>
        </w:tc>
        <w:tc>
          <w:tcPr>
            <w:tcW w:w="2020" w:type="dxa"/>
          </w:tcPr>
          <w:p w14:paraId="7E096792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“audio/sonido”, “imagen”, “resolución” o “video” asociado al planetario.</w:t>
            </w:r>
          </w:p>
        </w:tc>
        <w:tc>
          <w:tcPr>
            <w:tcW w:w="2020" w:type="dxa"/>
          </w:tcPr>
          <w:p w14:paraId="49D7373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Mejoras generales del planetario sin componente técnico (usar V2_PLAN_GEN).</w:t>
            </w:r>
          </w:p>
        </w:tc>
        <w:tc>
          <w:tcPr>
            <w:tcW w:w="2020" w:type="dxa"/>
          </w:tcPr>
          <w:p w14:paraId="606E6C6F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Mejorar las imágenes puestas y los audios con mejor calidad</w:t>
            </w:r>
          </w:p>
        </w:tc>
        <w:tc>
          <w:tcPr>
            <w:tcW w:w="2020" w:type="dxa"/>
          </w:tcPr>
          <w:p w14:paraId="0742B94A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CF2E48" w14:paraId="1CA06F39" w14:textId="77777777">
        <w:trPr>
          <w:jc w:val="center"/>
        </w:trPr>
        <w:tc>
          <w:tcPr>
            <w:tcW w:w="2020" w:type="dxa"/>
          </w:tcPr>
          <w:p w14:paraId="7AA45C35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V2_PLAN_GEN</w:t>
            </w:r>
          </w:p>
        </w:tc>
        <w:tc>
          <w:tcPr>
            <w:tcW w:w="2020" w:type="dxa"/>
          </w:tcPr>
          <w:p w14:paraId="0E725777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ajustes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generales</w:t>
            </w:r>
            <w:proofErr w:type="spellEnd"/>
          </w:p>
        </w:tc>
        <w:tc>
          <w:tcPr>
            <w:tcW w:w="2020" w:type="dxa"/>
          </w:tcPr>
          <w:p w14:paraId="53922D9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Menciona el planetario como aspecto a mejorar sin detallar componente técnico.</w:t>
            </w:r>
          </w:p>
        </w:tc>
        <w:tc>
          <w:tcPr>
            <w:tcW w:w="2020" w:type="dxa"/>
          </w:tcPr>
          <w:p w14:paraId="29EC175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Referencia a “planetario/domo” como mejora.</w:t>
            </w:r>
          </w:p>
        </w:tc>
        <w:tc>
          <w:tcPr>
            <w:tcW w:w="2020" w:type="dxa"/>
          </w:tcPr>
          <w:p w14:paraId="6148D08E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Si especifica audio/imagen/resolución (usar V2_PLAN_AV).</w:t>
            </w:r>
          </w:p>
        </w:tc>
        <w:tc>
          <w:tcPr>
            <w:tcW w:w="2020" w:type="dxa"/>
          </w:tcPr>
          <w:p w14:paraId="4175B0E7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</w:p>
        </w:tc>
        <w:tc>
          <w:tcPr>
            <w:tcW w:w="2020" w:type="dxa"/>
          </w:tcPr>
          <w:p w14:paraId="5B10552C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1EA41881" w14:textId="77777777">
        <w:trPr>
          <w:jc w:val="center"/>
        </w:trPr>
        <w:tc>
          <w:tcPr>
            <w:tcW w:w="2020" w:type="dxa"/>
          </w:tcPr>
          <w:p w14:paraId="51D7A94F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V2_TIEMPO</w:t>
            </w:r>
          </w:p>
        </w:tc>
        <w:tc>
          <w:tcPr>
            <w:tcW w:w="2020" w:type="dxa"/>
          </w:tcPr>
          <w:p w14:paraId="5987201A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duración</w:t>
            </w:r>
            <w:proofErr w:type="spellEnd"/>
          </w:p>
        </w:tc>
        <w:tc>
          <w:tcPr>
            <w:tcW w:w="2020" w:type="dxa"/>
          </w:tcPr>
          <w:p w14:paraId="2FE76E92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Solicita más tiempo por actividad o mayor duración del evento.</w:t>
            </w:r>
          </w:p>
        </w:tc>
        <w:tc>
          <w:tcPr>
            <w:tcW w:w="2020" w:type="dxa"/>
          </w:tcPr>
          <w:p w14:paraId="5C89AACF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“más tiempo”, “duración”, “tiempo para cada actividad”.</w:t>
            </w:r>
          </w:p>
        </w:tc>
        <w:tc>
          <w:tcPr>
            <w:tcW w:w="2020" w:type="dxa"/>
          </w:tcPr>
          <w:p w14:paraId="286AA3E3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Problemás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acceso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transporte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V2_LOG).</w:t>
            </w:r>
          </w:p>
        </w:tc>
        <w:tc>
          <w:tcPr>
            <w:tcW w:w="2020" w:type="dxa"/>
          </w:tcPr>
          <w:p w14:paraId="1E1E0965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cada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015B1793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1326D724" w14:textId="77777777">
        <w:trPr>
          <w:jc w:val="center"/>
        </w:trPr>
        <w:tc>
          <w:tcPr>
            <w:tcW w:w="2020" w:type="dxa"/>
          </w:tcPr>
          <w:p w14:paraId="184CC5E3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V2_LOG</w:t>
            </w:r>
          </w:p>
        </w:tc>
        <w:tc>
          <w:tcPr>
            <w:tcW w:w="2020" w:type="dxa"/>
          </w:tcPr>
          <w:p w14:paraId="54505D35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acceso</w:t>
            </w:r>
            <w:proofErr w:type="spellEnd"/>
          </w:p>
        </w:tc>
        <w:tc>
          <w:tcPr>
            <w:tcW w:w="2020" w:type="dxa"/>
          </w:tcPr>
          <w:p w14:paraId="2A14A43E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Barreras logísticas externas: ubicación, transporte, horarios, accesibilidad.</w:t>
            </w:r>
          </w:p>
        </w:tc>
        <w:tc>
          <w:tcPr>
            <w:tcW w:w="2020" w:type="dxa"/>
          </w:tcPr>
          <w:p w14:paraId="74EDA28E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“transporte”, “ubicación”, “horario(s)”, “acceso”.</w:t>
            </w:r>
          </w:p>
        </w:tc>
        <w:tc>
          <w:tcPr>
            <w:tcW w:w="2020" w:type="dxa"/>
          </w:tcPr>
          <w:p w14:paraId="5B821F17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Organización interna del flujo (usar V2_ORG).</w:t>
            </w:r>
          </w:p>
        </w:tc>
        <w:tc>
          <w:tcPr>
            <w:tcW w:w="2020" w:type="dxa"/>
          </w:tcPr>
          <w:p w14:paraId="29EF98C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Transporte</w:t>
            </w:r>
          </w:p>
        </w:tc>
        <w:tc>
          <w:tcPr>
            <w:tcW w:w="2020" w:type="dxa"/>
          </w:tcPr>
          <w:p w14:paraId="67C53248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522DFD21" w14:textId="77777777">
        <w:trPr>
          <w:jc w:val="center"/>
        </w:trPr>
        <w:tc>
          <w:tcPr>
            <w:tcW w:w="2020" w:type="dxa"/>
          </w:tcPr>
          <w:p w14:paraId="54183188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V2_MAS</w:t>
            </w:r>
          </w:p>
        </w:tc>
        <w:tc>
          <w:tcPr>
            <w:tcW w:w="2020" w:type="dxa"/>
          </w:tcPr>
          <w:p w14:paraId="3F3103C0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variedad</w:t>
            </w:r>
            <w:proofErr w:type="spellEnd"/>
          </w:p>
        </w:tc>
        <w:tc>
          <w:tcPr>
            <w:tcW w:w="2020" w:type="dxa"/>
          </w:tcPr>
          <w:p w14:paraId="5669B251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Propone aumentar número/variedad de actividades, talleres o charlas.</w:t>
            </w:r>
          </w:p>
        </w:tc>
        <w:tc>
          <w:tcPr>
            <w:tcW w:w="2020" w:type="dxa"/>
          </w:tcPr>
          <w:p w14:paraId="2FEAB7E6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“más actividades”, “más talleres”, “más charlas”.</w:t>
            </w:r>
          </w:p>
        </w:tc>
        <w:tc>
          <w:tcPr>
            <w:tcW w:w="2020" w:type="dxa"/>
          </w:tcPr>
          <w:p w14:paraId="5A9DD0AA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Solo pide más tiempo para lo existente (usar V2_TIEMPO).</w:t>
            </w:r>
          </w:p>
        </w:tc>
        <w:tc>
          <w:tcPr>
            <w:tcW w:w="2020" w:type="dxa"/>
          </w:tcPr>
          <w:p w14:paraId="735AE8FD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interactivas</w:t>
            </w:r>
            <w:proofErr w:type="spellEnd"/>
          </w:p>
        </w:tc>
        <w:tc>
          <w:tcPr>
            <w:tcW w:w="2020" w:type="dxa"/>
          </w:tcPr>
          <w:p w14:paraId="01A92CF2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78EB298D" w14:textId="77777777">
        <w:trPr>
          <w:jc w:val="center"/>
        </w:trPr>
        <w:tc>
          <w:tcPr>
            <w:tcW w:w="2020" w:type="dxa"/>
          </w:tcPr>
          <w:p w14:paraId="4954C430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V2_COM</w:t>
            </w:r>
          </w:p>
        </w:tc>
        <w:tc>
          <w:tcPr>
            <w:tcW w:w="2020" w:type="dxa"/>
          </w:tcPr>
          <w:p w14:paraId="53F74BA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Claridad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explicación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mediación</w:t>
            </w:r>
            <w:proofErr w:type="spellEnd"/>
          </w:p>
        </w:tc>
        <w:tc>
          <w:tcPr>
            <w:tcW w:w="2020" w:type="dxa"/>
          </w:tcPr>
          <w:p w14:paraId="511DA320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Pide mejorar claridad de explicaciones o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comunicación científica.</w:t>
            </w:r>
          </w:p>
        </w:tc>
        <w:tc>
          <w:tcPr>
            <w:tcW w:w="2020" w:type="dxa"/>
          </w:tcPr>
          <w:p w14:paraId="7907E69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explicación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claro”,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entender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3F25A172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Crítica técnica de audio/imagen (V2_PLAN_AV).</w:t>
            </w:r>
          </w:p>
        </w:tc>
        <w:tc>
          <w:tcPr>
            <w:tcW w:w="2020" w:type="dxa"/>
          </w:tcPr>
          <w:p w14:paraId="21AF58A0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explicación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general</w:t>
            </w:r>
          </w:p>
        </w:tc>
        <w:tc>
          <w:tcPr>
            <w:tcW w:w="2020" w:type="dxa"/>
          </w:tcPr>
          <w:p w14:paraId="5EE7AD2B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CF2E48" w14:paraId="18C98FCC" w14:textId="77777777">
        <w:trPr>
          <w:jc w:val="center"/>
        </w:trPr>
        <w:tc>
          <w:tcPr>
            <w:tcW w:w="2020" w:type="dxa"/>
          </w:tcPr>
          <w:p w14:paraId="70A60BBE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V2_ORG</w:t>
            </w:r>
          </w:p>
        </w:tc>
        <w:tc>
          <w:tcPr>
            <w:tcW w:w="2020" w:type="dxa"/>
          </w:tcPr>
          <w:p w14:paraId="2D1D6C17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flujo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interno</w:t>
            </w:r>
            <w:proofErr w:type="spellEnd"/>
          </w:p>
        </w:tc>
        <w:tc>
          <w:tcPr>
            <w:tcW w:w="2020" w:type="dxa"/>
          </w:tcPr>
          <w:p w14:paraId="5CC86FC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Sugiere mejorar coordinación, orden, secuencia o flujo interno de actividades.</w:t>
            </w:r>
          </w:p>
        </w:tc>
        <w:tc>
          <w:tcPr>
            <w:tcW w:w="2020" w:type="dxa"/>
          </w:tcPr>
          <w:p w14:paraId="1074A200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coordinación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orden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65778DC6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Acceso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externo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(V2_LOG).</w:t>
            </w:r>
          </w:p>
        </w:tc>
        <w:tc>
          <w:tcPr>
            <w:tcW w:w="2020" w:type="dxa"/>
          </w:tcPr>
          <w:p w14:paraId="3686D27A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</w:t>
            </w:r>
            <w:proofErr w:type="spellEnd"/>
          </w:p>
        </w:tc>
        <w:tc>
          <w:tcPr>
            <w:tcW w:w="2020" w:type="dxa"/>
          </w:tcPr>
          <w:p w14:paraId="6D455B39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7EB4F940" w14:textId="77777777">
        <w:trPr>
          <w:jc w:val="center"/>
        </w:trPr>
        <w:tc>
          <w:tcPr>
            <w:tcW w:w="2020" w:type="dxa"/>
          </w:tcPr>
          <w:p w14:paraId="079E42C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V2_REC_CAP</w:t>
            </w:r>
          </w:p>
        </w:tc>
        <w:tc>
          <w:tcPr>
            <w:tcW w:w="2020" w:type="dxa"/>
          </w:tcPr>
          <w:p w14:paraId="5D749293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Recursos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capacidad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filas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20" w:type="dxa"/>
          </w:tcPr>
          <w:p w14:paraId="5C27F9C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Solicitud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incrementar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recursos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capacidad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operativa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(p.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ej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.,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)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reducir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saturación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04A6221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equipos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lugares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”,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expresiones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saturación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congestión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 o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sobrecupo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turnos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saturación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7477455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Pide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únicamente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V2_MAS)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mejoras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técnicas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audio/imagen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planetario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V2_PLAN_AV).</w:t>
            </w:r>
          </w:p>
        </w:tc>
        <w:tc>
          <w:tcPr>
            <w:tcW w:w="2020" w:type="dxa"/>
          </w:tcPr>
          <w:p w14:paraId="1EAC0B2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hubiera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.”</w:t>
            </w:r>
          </w:p>
        </w:tc>
        <w:tc>
          <w:tcPr>
            <w:tcW w:w="2020" w:type="dxa"/>
          </w:tcPr>
          <w:p w14:paraId="493483E6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9650F" w:rsidRPr="00CF2E48" w14:paraId="75241F97" w14:textId="77777777">
        <w:trPr>
          <w:jc w:val="center"/>
        </w:trPr>
        <w:tc>
          <w:tcPr>
            <w:tcW w:w="1966" w:type="dxa"/>
          </w:tcPr>
          <w:p w14:paraId="7FCAFF43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NA_SIN_RESPUESTA</w:t>
            </w:r>
          </w:p>
        </w:tc>
        <w:tc>
          <w:tcPr>
            <w:tcW w:w="2792" w:type="dxa"/>
          </w:tcPr>
          <w:p w14:paraId="29AFA6A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</w:p>
        </w:tc>
        <w:tc>
          <w:tcPr>
            <w:tcW w:w="1891" w:type="dxa"/>
          </w:tcPr>
          <w:p w14:paraId="52990B2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Celda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guion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texto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no interpretable.</w:t>
            </w:r>
          </w:p>
        </w:tc>
        <w:tc>
          <w:tcPr>
            <w:tcW w:w="1934" w:type="dxa"/>
          </w:tcPr>
          <w:p w14:paraId="544D3FF0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Vacío</w:t>
            </w:r>
            <w:proofErr w:type="spellEnd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—”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-”/sin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significativo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457" w:type="dxa"/>
          </w:tcPr>
          <w:p w14:paraId="329ACE8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755" w:type="dxa"/>
          </w:tcPr>
          <w:p w14:paraId="77F2D46E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61" w:type="dxa"/>
          </w:tcPr>
          <w:p w14:paraId="39CC7EAA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05DCC9E9" w14:textId="77777777" w:rsidR="00650313" w:rsidRPr="00D4469C" w:rsidRDefault="00650313" w:rsidP="00650313">
      <w:pPr>
        <w:pStyle w:val="Ttulo1"/>
        <w:jc w:val="center"/>
        <w:rPr>
          <w:color w:val="000000" w:themeColor="text1"/>
          <w:sz w:val="18"/>
          <w:szCs w:val="18"/>
        </w:rPr>
      </w:pPr>
    </w:p>
    <w:p w14:paraId="2E49986A" w14:textId="77777777" w:rsidR="00CF2E48" w:rsidRDefault="00CF2E48" w:rsidP="00650313">
      <w:pPr>
        <w:pStyle w:val="Ttulo1"/>
        <w:jc w:val="center"/>
        <w:rPr>
          <w:color w:val="000000" w:themeColor="text1"/>
          <w:sz w:val="24"/>
          <w:szCs w:val="24"/>
        </w:rPr>
      </w:pPr>
    </w:p>
    <w:p w14:paraId="023AB243" w14:textId="031DEE3F" w:rsidR="00E151DE" w:rsidRPr="00D4469C" w:rsidRDefault="00000000" w:rsidP="00650313">
      <w:pPr>
        <w:pStyle w:val="Ttulo1"/>
        <w:jc w:val="center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S1C. Libro de </w:t>
      </w:r>
      <w:proofErr w:type="spellStart"/>
      <w:r w:rsidRPr="00D4469C">
        <w:rPr>
          <w:color w:val="000000" w:themeColor="text1"/>
          <w:sz w:val="24"/>
          <w:szCs w:val="24"/>
        </w:rPr>
        <w:t>códigos</w:t>
      </w:r>
      <w:proofErr w:type="spellEnd"/>
      <w:r w:rsidRPr="00D4469C">
        <w:rPr>
          <w:color w:val="000000" w:themeColor="text1"/>
          <w:sz w:val="24"/>
          <w:szCs w:val="24"/>
        </w:rPr>
        <w:t xml:space="preserve"> — </w:t>
      </w:r>
      <w:proofErr w:type="spellStart"/>
      <w:r w:rsidRPr="00D4469C">
        <w:rPr>
          <w:color w:val="000000" w:themeColor="text1"/>
          <w:sz w:val="24"/>
          <w:szCs w:val="24"/>
        </w:rPr>
        <w:t>Preguntas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abiertas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Colaboradores</w:t>
      </w:r>
      <w:proofErr w:type="spellEnd"/>
      <w:r w:rsidRPr="00D4469C">
        <w:rPr>
          <w:color w:val="000000" w:themeColor="text1"/>
          <w:sz w:val="24"/>
          <w:szCs w:val="24"/>
        </w:rPr>
        <w:t>)</w:t>
      </w:r>
    </w:p>
    <w:p w14:paraId="20D553D0" w14:textId="77777777" w:rsidR="00E151DE" w:rsidRPr="00D4469C" w:rsidRDefault="00000000">
      <w:pPr>
        <w:rPr>
          <w:color w:val="000000" w:themeColor="text1"/>
          <w:sz w:val="24"/>
          <w:szCs w:val="24"/>
          <w:lang w:val="es-ES"/>
        </w:rPr>
      </w:pPr>
      <w:r w:rsidRPr="00D4469C">
        <w:rPr>
          <w:i/>
          <w:color w:val="000000" w:themeColor="text1"/>
          <w:sz w:val="24"/>
          <w:szCs w:val="24"/>
        </w:rPr>
        <w:t xml:space="preserve">Fuente: </w:t>
      </w:r>
      <w:proofErr w:type="spellStart"/>
      <w:r w:rsidRPr="00D4469C">
        <w:rPr>
          <w:i/>
          <w:color w:val="000000" w:themeColor="text1"/>
          <w:sz w:val="24"/>
          <w:szCs w:val="24"/>
        </w:rPr>
        <w:t>Cuestionario</w:t>
      </w:r>
      <w:proofErr w:type="spellEnd"/>
      <w:r w:rsidRPr="00D4469C">
        <w:rPr>
          <w:i/>
          <w:color w:val="000000" w:themeColor="text1"/>
          <w:sz w:val="24"/>
          <w:szCs w:val="24"/>
        </w:rPr>
        <w:t xml:space="preserve"> a </w:t>
      </w:r>
      <w:proofErr w:type="spellStart"/>
      <w:r w:rsidRPr="00D4469C">
        <w:rPr>
          <w:i/>
          <w:color w:val="000000" w:themeColor="text1"/>
          <w:sz w:val="24"/>
          <w:szCs w:val="24"/>
        </w:rPr>
        <w:t>colaboradores</w:t>
      </w:r>
      <w:proofErr w:type="spellEnd"/>
      <w:r w:rsidRPr="00D4469C">
        <w:rPr>
          <w:i/>
          <w:color w:val="000000" w:themeColor="text1"/>
          <w:sz w:val="24"/>
          <w:szCs w:val="24"/>
        </w:rPr>
        <w:t xml:space="preserve"> y base de </w:t>
      </w:r>
      <w:proofErr w:type="spellStart"/>
      <w:r w:rsidRPr="00D4469C">
        <w:rPr>
          <w:i/>
          <w:color w:val="000000" w:themeColor="text1"/>
          <w:sz w:val="24"/>
          <w:szCs w:val="24"/>
        </w:rPr>
        <w:t>respuestas</w:t>
      </w:r>
      <w:proofErr w:type="spellEnd"/>
      <w:r w:rsidRPr="00D4469C">
        <w:rPr>
          <w:i/>
          <w:color w:val="000000" w:themeColor="text1"/>
          <w:sz w:val="24"/>
          <w:szCs w:val="24"/>
        </w:rPr>
        <w:t xml:space="preserve"> (n = 30).</w:t>
      </w:r>
    </w:p>
    <w:p w14:paraId="32FD1122" w14:textId="77777777" w:rsidR="00E151DE" w:rsidRPr="00D4469C" w:rsidRDefault="00000000">
      <w:pPr>
        <w:pStyle w:val="Ttulo2"/>
        <w:rPr>
          <w:color w:val="000000" w:themeColor="text1"/>
          <w:sz w:val="24"/>
          <w:szCs w:val="24"/>
        </w:rPr>
      </w:pPr>
      <w:r w:rsidRPr="00D4469C">
        <w:rPr>
          <w:color w:val="000000" w:themeColor="text1"/>
          <w:sz w:val="24"/>
          <w:szCs w:val="24"/>
        </w:rPr>
        <w:t xml:space="preserve">Reglas de </w:t>
      </w:r>
      <w:proofErr w:type="spellStart"/>
      <w:r w:rsidRPr="00D4469C">
        <w:rPr>
          <w:color w:val="000000" w:themeColor="text1"/>
          <w:sz w:val="24"/>
          <w:szCs w:val="24"/>
        </w:rPr>
        <w:t>codificación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resumen</w:t>
      </w:r>
      <w:proofErr w:type="spellEnd"/>
      <w:r w:rsidRPr="00D4469C">
        <w:rPr>
          <w:color w:val="000000" w:themeColor="text1"/>
          <w:sz w:val="24"/>
          <w:szCs w:val="24"/>
        </w:rPr>
        <w:t>):</w:t>
      </w:r>
    </w:p>
    <w:p w14:paraId="3187032B" w14:textId="77777777" w:rsidR="00E151D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Unidad de </w:t>
      </w:r>
      <w:proofErr w:type="spellStart"/>
      <w:r w:rsidRPr="00D4469C">
        <w:rPr>
          <w:color w:val="000000" w:themeColor="text1"/>
          <w:sz w:val="24"/>
          <w:szCs w:val="24"/>
        </w:rPr>
        <w:t>análisis</w:t>
      </w:r>
      <w:proofErr w:type="spellEnd"/>
      <w:r w:rsidRPr="00D4469C">
        <w:rPr>
          <w:color w:val="000000" w:themeColor="text1"/>
          <w:sz w:val="24"/>
          <w:szCs w:val="24"/>
        </w:rPr>
        <w:t xml:space="preserve">: </w:t>
      </w:r>
      <w:proofErr w:type="spellStart"/>
      <w:r w:rsidRPr="00D4469C">
        <w:rPr>
          <w:color w:val="000000" w:themeColor="text1"/>
          <w:sz w:val="24"/>
          <w:szCs w:val="24"/>
        </w:rPr>
        <w:t>una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abierta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una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celda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por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colaborador</w:t>
      </w:r>
      <w:proofErr w:type="spellEnd"/>
      <w:r w:rsidRPr="00D4469C">
        <w:rPr>
          <w:color w:val="000000" w:themeColor="text1"/>
          <w:sz w:val="24"/>
          <w:szCs w:val="24"/>
        </w:rPr>
        <w:t>).</w:t>
      </w:r>
    </w:p>
    <w:p w14:paraId="23915CD8" w14:textId="77777777" w:rsidR="00E151D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r w:rsidRPr="00D4469C">
        <w:rPr>
          <w:color w:val="000000" w:themeColor="text1"/>
          <w:sz w:val="24"/>
          <w:szCs w:val="24"/>
        </w:rPr>
        <w:t xml:space="preserve">Se </w:t>
      </w:r>
      <w:proofErr w:type="spellStart"/>
      <w:r w:rsidRPr="00D4469C">
        <w:rPr>
          <w:color w:val="000000" w:themeColor="text1"/>
          <w:sz w:val="24"/>
          <w:szCs w:val="24"/>
        </w:rPr>
        <w:t>permite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codificación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múltiple</w:t>
      </w:r>
      <w:proofErr w:type="spellEnd"/>
      <w:r w:rsidRPr="00D4469C">
        <w:rPr>
          <w:color w:val="000000" w:themeColor="text1"/>
          <w:sz w:val="24"/>
          <w:szCs w:val="24"/>
        </w:rPr>
        <w:t xml:space="preserve"> (multi-</w:t>
      </w:r>
      <w:proofErr w:type="spellStart"/>
      <w:r w:rsidRPr="00D4469C">
        <w:rPr>
          <w:color w:val="000000" w:themeColor="text1"/>
          <w:sz w:val="24"/>
          <w:szCs w:val="24"/>
        </w:rPr>
        <w:t>etiqueta</w:t>
      </w:r>
      <w:proofErr w:type="spellEnd"/>
      <w:r w:rsidRPr="00D4469C">
        <w:rPr>
          <w:color w:val="000000" w:themeColor="text1"/>
          <w:sz w:val="24"/>
          <w:szCs w:val="24"/>
        </w:rPr>
        <w:t xml:space="preserve">); se </w:t>
      </w:r>
      <w:proofErr w:type="spellStart"/>
      <w:r w:rsidRPr="00D4469C">
        <w:rPr>
          <w:color w:val="000000" w:themeColor="text1"/>
          <w:sz w:val="24"/>
          <w:szCs w:val="24"/>
        </w:rPr>
        <w:t>recomienda</w:t>
      </w:r>
      <w:proofErr w:type="spellEnd"/>
      <w:r w:rsidRPr="00D4469C">
        <w:rPr>
          <w:color w:val="000000" w:themeColor="text1"/>
          <w:sz w:val="24"/>
          <w:szCs w:val="24"/>
        </w:rPr>
        <w:t xml:space="preserve"> un </w:t>
      </w:r>
      <w:proofErr w:type="spellStart"/>
      <w:r w:rsidRPr="00D4469C">
        <w:rPr>
          <w:color w:val="000000" w:themeColor="text1"/>
          <w:sz w:val="24"/>
          <w:szCs w:val="24"/>
        </w:rPr>
        <w:t>máximo</w:t>
      </w:r>
      <w:proofErr w:type="spellEnd"/>
      <w:r w:rsidRPr="00D4469C">
        <w:rPr>
          <w:color w:val="000000" w:themeColor="text1"/>
          <w:sz w:val="24"/>
          <w:szCs w:val="24"/>
        </w:rPr>
        <w:t xml:space="preserve"> de 1–3 </w:t>
      </w:r>
      <w:proofErr w:type="spellStart"/>
      <w:r w:rsidRPr="00D4469C">
        <w:rPr>
          <w:color w:val="000000" w:themeColor="text1"/>
          <w:sz w:val="24"/>
          <w:szCs w:val="24"/>
        </w:rPr>
        <w:t>códigos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por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>.</w:t>
      </w:r>
    </w:p>
    <w:p w14:paraId="1AA3843E" w14:textId="77777777" w:rsidR="00E151DE" w:rsidRPr="00D4469C" w:rsidRDefault="00000000">
      <w:pPr>
        <w:pStyle w:val="Listaconvietas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Respuestas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vacías</w:t>
      </w:r>
      <w:proofErr w:type="spellEnd"/>
      <w:r w:rsidRPr="00D4469C">
        <w:rPr>
          <w:color w:val="000000" w:themeColor="text1"/>
          <w:sz w:val="24"/>
          <w:szCs w:val="24"/>
        </w:rPr>
        <w:t>/</w:t>
      </w:r>
      <w:proofErr w:type="spellStart"/>
      <w:r w:rsidRPr="00D4469C">
        <w:rPr>
          <w:color w:val="000000" w:themeColor="text1"/>
          <w:sz w:val="24"/>
          <w:szCs w:val="24"/>
        </w:rPr>
        <w:t>ilegibles</w:t>
      </w:r>
      <w:proofErr w:type="spellEnd"/>
      <w:r w:rsidRPr="00D4469C">
        <w:rPr>
          <w:color w:val="000000" w:themeColor="text1"/>
          <w:sz w:val="24"/>
          <w:szCs w:val="24"/>
        </w:rPr>
        <w:t xml:space="preserve">: </w:t>
      </w:r>
      <w:proofErr w:type="spellStart"/>
      <w:r w:rsidRPr="00D4469C">
        <w:rPr>
          <w:color w:val="000000" w:themeColor="text1"/>
          <w:sz w:val="24"/>
          <w:szCs w:val="24"/>
        </w:rPr>
        <w:t>codificar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como</w:t>
      </w:r>
      <w:proofErr w:type="spellEnd"/>
      <w:r w:rsidRPr="00D4469C">
        <w:rPr>
          <w:color w:val="000000" w:themeColor="text1"/>
          <w:sz w:val="24"/>
          <w:szCs w:val="24"/>
        </w:rPr>
        <w:t xml:space="preserve"> NA_SIN_RESPUESTA.</w:t>
      </w:r>
    </w:p>
    <w:p w14:paraId="0E14F3BA" w14:textId="77777777" w:rsidR="00E151DE" w:rsidRPr="00D4469C" w:rsidRDefault="00E151DE">
      <w:pPr>
        <w:rPr>
          <w:color w:val="000000" w:themeColor="text1"/>
          <w:sz w:val="24"/>
          <w:szCs w:val="24"/>
          <w:lang w:val="es-ES"/>
        </w:rPr>
      </w:pPr>
    </w:p>
    <w:p w14:paraId="54D6D8B2" w14:textId="77777777" w:rsidR="00E151DE" w:rsidRPr="00D4469C" w:rsidRDefault="00000000">
      <w:pPr>
        <w:pStyle w:val="Ttulo2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lastRenderedPageBreak/>
        <w:t>Tabla</w:t>
      </w:r>
      <w:proofErr w:type="spellEnd"/>
      <w:r w:rsidRPr="00D4469C">
        <w:rPr>
          <w:color w:val="000000" w:themeColor="text1"/>
          <w:sz w:val="24"/>
          <w:szCs w:val="24"/>
        </w:rPr>
        <w:t xml:space="preserve"> S1C-1. Impacto </w:t>
      </w:r>
      <w:proofErr w:type="spellStart"/>
      <w:r w:rsidRPr="00D4469C">
        <w:rPr>
          <w:color w:val="000000" w:themeColor="text1"/>
          <w:sz w:val="24"/>
          <w:szCs w:val="24"/>
        </w:rPr>
        <w:t>percibido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asistentes</w:t>
      </w:r>
      <w:proofErr w:type="spellEnd"/>
      <w:r w:rsidRPr="00D4469C">
        <w:rPr>
          <w:color w:val="000000" w:themeColor="text1"/>
          <w:sz w:val="24"/>
          <w:szCs w:val="24"/>
        </w:rPr>
        <w:t xml:space="preserve"> (C21_IMP)</w:t>
      </w:r>
    </w:p>
    <w:p w14:paraId="5144125C" w14:textId="77777777" w:rsidR="008D731F" w:rsidRPr="00D4469C" w:rsidRDefault="00000000">
      <w:pPr>
        <w:rPr>
          <w:color w:val="000000" w:themeColor="text1"/>
        </w:rPr>
      </w:pPr>
      <w:proofErr w:type="spellStart"/>
      <w:r w:rsidRPr="00D4469C">
        <w:rPr>
          <w:color w:val="000000" w:themeColor="text1"/>
        </w:rPr>
        <w:t>Nota</w:t>
      </w:r>
      <w:proofErr w:type="spellEnd"/>
      <w:r w:rsidRPr="00D4469C">
        <w:rPr>
          <w:color w:val="000000" w:themeColor="text1"/>
        </w:rPr>
        <w:t xml:space="preserve">: Para </w:t>
      </w:r>
      <w:proofErr w:type="spellStart"/>
      <w:r w:rsidRPr="00D4469C">
        <w:rPr>
          <w:color w:val="000000" w:themeColor="text1"/>
        </w:rPr>
        <w:t>el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reporte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en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el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artículo</w:t>
      </w:r>
      <w:proofErr w:type="spellEnd"/>
      <w:r w:rsidRPr="00D4469C">
        <w:rPr>
          <w:color w:val="000000" w:themeColor="text1"/>
        </w:rPr>
        <w:t xml:space="preserve"> se </w:t>
      </w:r>
      <w:proofErr w:type="spellStart"/>
      <w:r w:rsidRPr="00D4469C">
        <w:rPr>
          <w:color w:val="000000" w:themeColor="text1"/>
        </w:rPr>
        <w:t>asignó</w:t>
      </w:r>
      <w:proofErr w:type="spellEnd"/>
      <w:r w:rsidRPr="00D4469C">
        <w:rPr>
          <w:color w:val="000000" w:themeColor="text1"/>
        </w:rPr>
        <w:t xml:space="preserve"> un </w:t>
      </w:r>
      <w:proofErr w:type="spellStart"/>
      <w:r w:rsidRPr="00D4469C">
        <w:rPr>
          <w:color w:val="000000" w:themeColor="text1"/>
        </w:rPr>
        <w:t>código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primario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por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respuesta</w:t>
      </w:r>
      <w:proofErr w:type="spellEnd"/>
      <w:r w:rsidRPr="00D4469C">
        <w:rPr>
          <w:color w:val="000000" w:themeColor="text1"/>
        </w:rPr>
        <w:t xml:space="preserve"> (n=30). Se </w:t>
      </w:r>
      <w:proofErr w:type="spellStart"/>
      <w:r w:rsidRPr="00D4469C">
        <w:rPr>
          <w:color w:val="000000" w:themeColor="text1"/>
        </w:rPr>
        <w:t>utilizó</w:t>
      </w:r>
      <w:proofErr w:type="spellEnd"/>
      <w:r w:rsidRPr="00D4469C">
        <w:rPr>
          <w:color w:val="000000" w:themeColor="text1"/>
        </w:rPr>
        <w:t xml:space="preserve"> NA_SIN_RESPUESTA para </w:t>
      </w:r>
      <w:proofErr w:type="spellStart"/>
      <w:r w:rsidRPr="00D4469C">
        <w:rPr>
          <w:color w:val="000000" w:themeColor="text1"/>
        </w:rPr>
        <w:t>respuestas</w:t>
      </w:r>
      <w:proofErr w:type="spellEnd"/>
      <w:r w:rsidRPr="00D4469C">
        <w:rPr>
          <w:color w:val="000000" w:themeColor="text1"/>
        </w:rPr>
        <w:t xml:space="preserve"> </w:t>
      </w:r>
      <w:proofErr w:type="spellStart"/>
      <w:r w:rsidRPr="00D4469C">
        <w:rPr>
          <w:color w:val="000000" w:themeColor="text1"/>
        </w:rPr>
        <w:t>vacías</w:t>
      </w:r>
      <w:proofErr w:type="spellEnd"/>
      <w:r w:rsidRPr="00D4469C">
        <w:rPr>
          <w:color w:val="000000" w:themeColor="text1"/>
        </w:rPr>
        <w:t xml:space="preserve"> o </w:t>
      </w:r>
      <w:proofErr w:type="spellStart"/>
      <w:r w:rsidRPr="00D4469C">
        <w:rPr>
          <w:color w:val="000000" w:themeColor="text1"/>
        </w:rPr>
        <w:t>incompletas</w:t>
      </w:r>
      <w:proofErr w:type="spellEnd"/>
      <w:r w:rsidRPr="00D4469C">
        <w:rPr>
          <w:color w:val="000000" w:themeColor="text1"/>
        </w:rPr>
        <w:t>.</w:t>
      </w:r>
    </w:p>
    <w:p w14:paraId="3B812A44" w14:textId="77777777" w:rsidR="00E151DE" w:rsidRPr="00D4469C" w:rsidRDefault="00000000">
      <w:pPr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Pregunta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abierta</w:t>
      </w:r>
      <w:proofErr w:type="spellEnd"/>
      <w:r w:rsidRPr="00D4469C">
        <w:rPr>
          <w:color w:val="000000" w:themeColor="text1"/>
          <w:sz w:val="24"/>
          <w:szCs w:val="24"/>
        </w:rPr>
        <w:t>): ¿</w:t>
      </w:r>
      <w:proofErr w:type="spellStart"/>
      <w:r w:rsidRPr="00D4469C">
        <w:rPr>
          <w:color w:val="000000" w:themeColor="text1"/>
          <w:sz w:val="24"/>
          <w:szCs w:val="24"/>
        </w:rPr>
        <w:t>Qué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impacto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crees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que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tuvo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tu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participación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los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asistentes</w:t>
      </w:r>
      <w:proofErr w:type="spellEnd"/>
      <w:r w:rsidRPr="00D4469C">
        <w:rPr>
          <w:color w:val="000000" w:themeColor="text1"/>
          <w:sz w:val="24"/>
          <w:szCs w:val="24"/>
        </w:rPr>
        <w:t>?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27"/>
        <w:gridCol w:w="2376"/>
        <w:gridCol w:w="2442"/>
        <w:gridCol w:w="2143"/>
        <w:gridCol w:w="2400"/>
        <w:gridCol w:w="1609"/>
        <w:gridCol w:w="1233"/>
      </w:tblGrid>
      <w:tr w:rsidR="00D4469C" w:rsidRPr="00CF2E48" w14:paraId="633FDBA5" w14:textId="77777777">
        <w:trPr>
          <w:jc w:val="center"/>
        </w:trPr>
        <w:tc>
          <w:tcPr>
            <w:tcW w:w="2020" w:type="dxa"/>
            <w:shd w:val="clear" w:color="auto" w:fill="EDEDED"/>
          </w:tcPr>
          <w:p w14:paraId="653F3A2F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Código</w:t>
            </w:r>
          </w:p>
        </w:tc>
        <w:tc>
          <w:tcPr>
            <w:tcW w:w="2020" w:type="dxa"/>
            <w:shd w:val="clear" w:color="auto" w:fill="EDEDED"/>
          </w:tcPr>
          <w:p w14:paraId="45A801DA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Etiqueta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595BEDCC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Definición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operativa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36BE90A3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47BF9BC6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1CC7DD9D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extracto</w:t>
            </w:r>
            <w:proofErr w:type="spellEnd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20" w:type="dxa"/>
            <w:shd w:val="clear" w:color="auto" w:fill="EDEDED"/>
          </w:tcPr>
          <w:p w14:paraId="3A8D8BFA" w14:textId="77777777" w:rsidR="0029650F" w:rsidRPr="00CF2E48" w:rsidRDefault="00000000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  <w:t>Notas</w:t>
            </w:r>
            <w:proofErr w:type="spellEnd"/>
          </w:p>
        </w:tc>
      </w:tr>
      <w:tr w:rsidR="00D4469C" w:rsidRPr="00CF2E48" w14:paraId="1333955D" w14:textId="77777777">
        <w:trPr>
          <w:jc w:val="center"/>
        </w:trPr>
        <w:tc>
          <w:tcPr>
            <w:tcW w:w="1979" w:type="dxa"/>
          </w:tcPr>
          <w:p w14:paraId="23DA4360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C21_PART</w:t>
            </w:r>
          </w:p>
        </w:tc>
        <w:tc>
          <w:tcPr>
            <w:tcW w:w="2376" w:type="dxa"/>
          </w:tcPr>
          <w:p w14:paraId="07578C13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interacción</w:t>
            </w:r>
            <w:proofErr w:type="spellEnd"/>
          </w:p>
        </w:tc>
        <w:tc>
          <w:tcPr>
            <w:tcW w:w="2442" w:type="dxa"/>
          </w:tcPr>
          <w:p w14:paraId="44A5725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Enfatiza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público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143" w:type="dxa"/>
          </w:tcPr>
          <w:p w14:paraId="1A2071B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interactuaron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dinámico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1900" w:type="dxa"/>
          </w:tcPr>
          <w:p w14:paraId="69B7217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Impacto general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(C21_ACERCAR).</w:t>
            </w:r>
          </w:p>
        </w:tc>
        <w:tc>
          <w:tcPr>
            <w:tcW w:w="1841" w:type="dxa"/>
          </w:tcPr>
          <w:p w14:paraId="318CB87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Fue un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acercamiento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relacionados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donde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interactuaron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vivieron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forma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dinámica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relativas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75" w:type="dxa"/>
          </w:tcPr>
          <w:p w14:paraId="7E8D70F6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05BF6F09" w14:textId="77777777">
        <w:trPr>
          <w:jc w:val="center"/>
        </w:trPr>
        <w:tc>
          <w:tcPr>
            <w:tcW w:w="1979" w:type="dxa"/>
          </w:tcPr>
          <w:p w14:paraId="3CF5DE5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C21_INTERES</w:t>
            </w:r>
          </w:p>
        </w:tc>
        <w:tc>
          <w:tcPr>
            <w:tcW w:w="2376" w:type="dxa"/>
          </w:tcPr>
          <w:p w14:paraId="3F5F6302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curiosidad</w:t>
            </w:r>
            <w:proofErr w:type="spellEnd"/>
          </w:p>
        </w:tc>
        <w:tc>
          <w:tcPr>
            <w:tcW w:w="2442" w:type="dxa"/>
          </w:tcPr>
          <w:p w14:paraId="49660E6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Alude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despertar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curiosidad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admiración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143" w:type="dxa"/>
          </w:tcPr>
          <w:p w14:paraId="6B446F7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curiosidad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admiración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1900" w:type="dxa"/>
          </w:tcPr>
          <w:p w14:paraId="3B7542C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factual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dominante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(C21_APREN).</w:t>
            </w:r>
          </w:p>
        </w:tc>
        <w:tc>
          <w:tcPr>
            <w:tcW w:w="1841" w:type="dxa"/>
          </w:tcPr>
          <w:p w14:paraId="1C90CE8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Darles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mayor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vieron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nuevo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espacio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75" w:type="dxa"/>
          </w:tcPr>
          <w:p w14:paraId="7A50B868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70FBCE00" w14:textId="77777777">
        <w:trPr>
          <w:jc w:val="center"/>
        </w:trPr>
        <w:tc>
          <w:tcPr>
            <w:tcW w:w="1979" w:type="dxa"/>
          </w:tcPr>
          <w:p w14:paraId="1C136C7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C21_APREN</w:t>
            </w:r>
          </w:p>
        </w:tc>
        <w:tc>
          <w:tcPr>
            <w:tcW w:w="2376" w:type="dxa"/>
          </w:tcPr>
          <w:p w14:paraId="30359E13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</w:p>
        </w:tc>
        <w:tc>
          <w:tcPr>
            <w:tcW w:w="2442" w:type="dxa"/>
          </w:tcPr>
          <w:p w14:paraId="13FE0E41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Señala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asistentes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aprendieron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obtuvieron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143" w:type="dxa"/>
          </w:tcPr>
          <w:p w14:paraId="147594C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aprendieron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información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1900" w:type="dxa"/>
          </w:tcPr>
          <w:p w14:paraId="7DDA575B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Solo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C21_INTERES).</w:t>
            </w:r>
          </w:p>
        </w:tc>
        <w:tc>
          <w:tcPr>
            <w:tcW w:w="1841" w:type="dxa"/>
          </w:tcPr>
          <w:p w14:paraId="3C564AE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Darles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mayor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sobre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vieron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conocimiento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nuevo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espacio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planetas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75" w:type="dxa"/>
          </w:tcPr>
          <w:p w14:paraId="55852C28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31DEEF83" w14:textId="77777777">
        <w:trPr>
          <w:jc w:val="center"/>
        </w:trPr>
        <w:tc>
          <w:tcPr>
            <w:tcW w:w="1979" w:type="dxa"/>
          </w:tcPr>
          <w:p w14:paraId="071ABD2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C21_ACERCAR</w:t>
            </w:r>
          </w:p>
        </w:tc>
        <w:tc>
          <w:tcPr>
            <w:tcW w:w="2376" w:type="dxa"/>
          </w:tcPr>
          <w:p w14:paraId="27D845D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Acercar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comunidad</w:t>
            </w:r>
          </w:p>
        </w:tc>
        <w:tc>
          <w:tcPr>
            <w:tcW w:w="2442" w:type="dxa"/>
          </w:tcPr>
          <w:p w14:paraId="2EFBD81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Describe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impacto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acercamiento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divulgación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hacia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comunidad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sociedad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143" w:type="dxa"/>
          </w:tcPr>
          <w:p w14:paraId="0E9DD0C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acercamiento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divulgación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“comunidad/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sociedad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1900" w:type="dxa"/>
          </w:tcPr>
          <w:p w14:paraId="575F6E1C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específico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C21_APREN)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1" w:type="dxa"/>
          </w:tcPr>
          <w:p w14:paraId="030FFFC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Fue un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acercamiento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relacionados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donde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interactuaron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vivieron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forma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dinámica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relativas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astronomía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75" w:type="dxa"/>
          </w:tcPr>
          <w:p w14:paraId="17D3C2A5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00F3522C" w14:textId="77777777">
        <w:trPr>
          <w:jc w:val="center"/>
        </w:trPr>
        <w:tc>
          <w:tcPr>
            <w:tcW w:w="1979" w:type="dxa"/>
          </w:tcPr>
          <w:p w14:paraId="50974E94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C21_INSP</w:t>
            </w:r>
          </w:p>
        </w:tc>
        <w:tc>
          <w:tcPr>
            <w:tcW w:w="2376" w:type="dxa"/>
          </w:tcPr>
          <w:p w14:paraId="57AE635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Inspiración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motivación</w:t>
            </w:r>
            <w:proofErr w:type="spellEnd"/>
          </w:p>
        </w:tc>
        <w:tc>
          <w:tcPr>
            <w:tcW w:w="2442" w:type="dxa"/>
          </w:tcPr>
          <w:p w14:paraId="58272B05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Impacto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afectivo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valorativo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inspiración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experiencia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significativa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143" w:type="dxa"/>
          </w:tcPr>
          <w:p w14:paraId="71AA5427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inspiración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enriquecedor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1900" w:type="dxa"/>
          </w:tcPr>
          <w:p w14:paraId="2E6B473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factual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componente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afectivo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1" w:type="dxa"/>
          </w:tcPr>
          <w:p w14:paraId="6498DEBA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Quizás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motivación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quizás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inspiración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quizás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deseo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conocer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las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ciencias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espaciales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aplicación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ingeniería</w:t>
            </w:r>
            <w:proofErr w:type="spellEnd"/>
          </w:p>
        </w:tc>
        <w:tc>
          <w:tcPr>
            <w:tcW w:w="1675" w:type="dxa"/>
          </w:tcPr>
          <w:p w14:paraId="57A5712B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52E51971" w14:textId="77777777">
        <w:trPr>
          <w:jc w:val="center"/>
        </w:trPr>
        <w:tc>
          <w:tcPr>
            <w:tcW w:w="1979" w:type="dxa"/>
          </w:tcPr>
          <w:p w14:paraId="11A4036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C21_LOG</w:t>
            </w:r>
          </w:p>
        </w:tc>
        <w:tc>
          <w:tcPr>
            <w:tcW w:w="2376" w:type="dxa"/>
          </w:tcPr>
          <w:p w14:paraId="5C2360B5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Contribución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organizativa</w:t>
            </w:r>
            <w:proofErr w:type="spellEnd"/>
          </w:p>
        </w:tc>
        <w:tc>
          <w:tcPr>
            <w:tcW w:w="2442" w:type="dxa"/>
          </w:tcPr>
          <w:p w14:paraId="5441E05F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Describe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impacto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aporte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operativo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materiales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flujo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asistentes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facilitó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desarrollo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143" w:type="dxa"/>
          </w:tcPr>
          <w:p w14:paraId="7E49923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preparación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materiales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espacios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coordinación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control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apoyo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aporte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clave.</w:t>
            </w:r>
          </w:p>
        </w:tc>
        <w:tc>
          <w:tcPr>
            <w:tcW w:w="1900" w:type="dxa"/>
          </w:tcPr>
          <w:p w14:paraId="677B7C41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Aprendizaje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interés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público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C21_APREN/C21_INTERES)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domina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1" w:type="dxa"/>
          </w:tcPr>
          <w:p w14:paraId="075ACAD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Ayudé 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materiales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espacios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estuvieran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listos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facilitando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flujo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ordenado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asistentes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75" w:type="dxa"/>
          </w:tcPr>
          <w:p w14:paraId="412566CA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4469C" w:rsidRPr="00CF2E48" w14:paraId="6E5B3297" w14:textId="77777777">
        <w:trPr>
          <w:jc w:val="center"/>
        </w:trPr>
        <w:tc>
          <w:tcPr>
            <w:tcW w:w="1979" w:type="dxa"/>
          </w:tcPr>
          <w:p w14:paraId="3A0DD786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C21_SIN_IMP</w:t>
            </w:r>
          </w:p>
        </w:tc>
        <w:tc>
          <w:tcPr>
            <w:tcW w:w="2376" w:type="dxa"/>
          </w:tcPr>
          <w:p w14:paraId="4011F07E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impacto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percibido</w:t>
            </w:r>
            <w:proofErr w:type="spellEnd"/>
          </w:p>
        </w:tc>
        <w:tc>
          <w:tcPr>
            <w:tcW w:w="2442" w:type="dxa"/>
          </w:tcPr>
          <w:p w14:paraId="0B43F030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Declara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explícitamente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haber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impacto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identificar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efectos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relevantes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público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143" w:type="dxa"/>
          </w:tcPr>
          <w:p w14:paraId="48620FD1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Expresiones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“no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creo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”, “no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tuvo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impacto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”, “no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influyó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1900" w:type="dxa"/>
          </w:tcPr>
          <w:p w14:paraId="7505AF79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está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ilegible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(usar NA_SIN_RESPUESTA).</w:t>
            </w:r>
          </w:p>
        </w:tc>
        <w:tc>
          <w:tcPr>
            <w:tcW w:w="1841" w:type="dxa"/>
          </w:tcPr>
          <w:p w14:paraId="76299A0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creo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mi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haya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un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impacto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significativo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75" w:type="dxa"/>
          </w:tcPr>
          <w:p w14:paraId="35072675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9650F" w:rsidRPr="00CF2E48" w14:paraId="17A959B5" w14:textId="77777777">
        <w:trPr>
          <w:jc w:val="center"/>
        </w:trPr>
        <w:tc>
          <w:tcPr>
            <w:tcW w:w="1979" w:type="dxa"/>
          </w:tcPr>
          <w:p w14:paraId="3BB0ADC3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NA_SIN_RESPUESTA</w:t>
            </w:r>
          </w:p>
        </w:tc>
        <w:tc>
          <w:tcPr>
            <w:tcW w:w="2376" w:type="dxa"/>
          </w:tcPr>
          <w:p w14:paraId="0406E2B1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</w:p>
        </w:tc>
        <w:tc>
          <w:tcPr>
            <w:tcW w:w="2442" w:type="dxa"/>
          </w:tcPr>
          <w:p w14:paraId="17335368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Celda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guion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o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texto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no interpretable.</w:t>
            </w:r>
          </w:p>
        </w:tc>
        <w:tc>
          <w:tcPr>
            <w:tcW w:w="2143" w:type="dxa"/>
          </w:tcPr>
          <w:p w14:paraId="27136B9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Vacío</w:t>
            </w:r>
            <w:proofErr w:type="spellEnd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—”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-”/sin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significativo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00" w:type="dxa"/>
          </w:tcPr>
          <w:p w14:paraId="2F142DAB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1841" w:type="dxa"/>
          </w:tcPr>
          <w:p w14:paraId="3428C579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675" w:type="dxa"/>
          </w:tcPr>
          <w:p w14:paraId="1B2C9052" w14:textId="77777777" w:rsidR="0029650F" w:rsidRPr="00CF2E48" w:rsidRDefault="0029650F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56E325E8" w14:textId="77777777" w:rsidR="00E151DE" w:rsidRPr="00D4469C" w:rsidRDefault="00E151DE">
      <w:pPr>
        <w:rPr>
          <w:color w:val="000000" w:themeColor="text1"/>
          <w:sz w:val="18"/>
          <w:szCs w:val="18"/>
        </w:rPr>
      </w:pPr>
    </w:p>
    <w:p w14:paraId="6332151D" w14:textId="77777777" w:rsidR="00E151DE" w:rsidRPr="00D4469C" w:rsidRDefault="00000000">
      <w:pPr>
        <w:pStyle w:val="Ttulo2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Tabla</w:t>
      </w:r>
      <w:proofErr w:type="spellEnd"/>
      <w:r w:rsidRPr="00D4469C">
        <w:rPr>
          <w:color w:val="000000" w:themeColor="text1"/>
          <w:sz w:val="24"/>
          <w:szCs w:val="24"/>
        </w:rPr>
        <w:t xml:space="preserve"> S1C-2. </w:t>
      </w:r>
      <w:proofErr w:type="spellStart"/>
      <w:r w:rsidRPr="00D4469C">
        <w:rPr>
          <w:color w:val="000000" w:themeColor="text1"/>
          <w:sz w:val="24"/>
          <w:szCs w:val="24"/>
        </w:rPr>
        <w:t>Aspectos</w:t>
      </w:r>
      <w:proofErr w:type="spellEnd"/>
      <w:r w:rsidRPr="00D4469C">
        <w:rPr>
          <w:color w:val="000000" w:themeColor="text1"/>
          <w:sz w:val="24"/>
          <w:szCs w:val="24"/>
        </w:rPr>
        <w:t xml:space="preserve"> a </w:t>
      </w:r>
      <w:proofErr w:type="spellStart"/>
      <w:r w:rsidRPr="00D4469C">
        <w:rPr>
          <w:color w:val="000000" w:themeColor="text1"/>
          <w:sz w:val="24"/>
          <w:szCs w:val="24"/>
        </w:rPr>
        <w:t>mejorar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futuras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ediciones</w:t>
      </w:r>
      <w:proofErr w:type="spellEnd"/>
      <w:r w:rsidRPr="00D4469C">
        <w:rPr>
          <w:color w:val="000000" w:themeColor="text1"/>
          <w:sz w:val="24"/>
          <w:szCs w:val="24"/>
        </w:rPr>
        <w:t xml:space="preserve"> (C23_MEJ)</w:t>
      </w:r>
    </w:p>
    <w:p w14:paraId="1360DF97" w14:textId="77777777" w:rsidR="00E151DE" w:rsidRPr="00D4469C" w:rsidRDefault="00000000">
      <w:pPr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Pregunta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abierta</w:t>
      </w:r>
      <w:proofErr w:type="spellEnd"/>
      <w:r w:rsidRPr="00D4469C">
        <w:rPr>
          <w:color w:val="000000" w:themeColor="text1"/>
          <w:sz w:val="24"/>
          <w:szCs w:val="24"/>
        </w:rPr>
        <w:t>): ¿</w:t>
      </w:r>
      <w:proofErr w:type="spellStart"/>
      <w:r w:rsidRPr="00D4469C">
        <w:rPr>
          <w:color w:val="000000" w:themeColor="text1"/>
          <w:sz w:val="24"/>
          <w:szCs w:val="24"/>
        </w:rPr>
        <w:t>Qué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aspectos</w:t>
      </w:r>
      <w:proofErr w:type="spellEnd"/>
      <w:r w:rsidRPr="00D4469C">
        <w:rPr>
          <w:color w:val="000000" w:themeColor="text1"/>
          <w:sz w:val="24"/>
          <w:szCs w:val="24"/>
        </w:rPr>
        <w:t xml:space="preserve"> del </w:t>
      </w:r>
      <w:proofErr w:type="spellStart"/>
      <w:r w:rsidRPr="00D4469C">
        <w:rPr>
          <w:color w:val="000000" w:themeColor="text1"/>
          <w:sz w:val="24"/>
          <w:szCs w:val="24"/>
        </w:rPr>
        <w:t>evento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consideras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que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pueden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mejorarse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futuras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ediciones</w:t>
      </w:r>
      <w:proofErr w:type="spellEnd"/>
      <w:r w:rsidRPr="00D4469C">
        <w:rPr>
          <w:color w:val="000000" w:themeColor="text1"/>
          <w:sz w:val="24"/>
          <w:szCs w:val="24"/>
        </w:rPr>
        <w:t>?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83"/>
        <w:gridCol w:w="2517"/>
        <w:gridCol w:w="1862"/>
        <w:gridCol w:w="1898"/>
        <w:gridCol w:w="2288"/>
        <w:gridCol w:w="1876"/>
        <w:gridCol w:w="1706"/>
      </w:tblGrid>
      <w:tr w:rsidR="00D4469C" w:rsidRPr="00CF2E48" w14:paraId="6FCF04EB" w14:textId="77777777">
        <w:trPr>
          <w:jc w:val="center"/>
        </w:trPr>
        <w:tc>
          <w:tcPr>
            <w:tcW w:w="2020" w:type="dxa"/>
            <w:shd w:val="clear" w:color="auto" w:fill="EDEDED"/>
          </w:tcPr>
          <w:p w14:paraId="066E6678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Código</w:t>
            </w:r>
          </w:p>
        </w:tc>
        <w:tc>
          <w:tcPr>
            <w:tcW w:w="2020" w:type="dxa"/>
            <w:shd w:val="clear" w:color="auto" w:fill="EDEDED"/>
          </w:tcPr>
          <w:p w14:paraId="545DCF6D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Etiqueta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2DEB6D87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Definición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operativa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3BD5A138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0D96BEA2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6B1C05C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extracto</w:t>
            </w:r>
            <w:proofErr w:type="spellEnd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20" w:type="dxa"/>
            <w:shd w:val="clear" w:color="auto" w:fill="EDEDED"/>
          </w:tcPr>
          <w:p w14:paraId="2D173EC0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Notas</w:t>
            </w:r>
            <w:proofErr w:type="spellEnd"/>
          </w:p>
        </w:tc>
      </w:tr>
      <w:tr w:rsidR="00D4469C" w:rsidRPr="00CF2E48" w14:paraId="2BB6B372" w14:textId="77777777">
        <w:trPr>
          <w:jc w:val="center"/>
        </w:trPr>
        <w:tc>
          <w:tcPr>
            <w:tcW w:w="2020" w:type="dxa"/>
          </w:tcPr>
          <w:p w14:paraId="73FC9BE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C23_UBIC</w:t>
            </w:r>
          </w:p>
        </w:tc>
        <w:tc>
          <w:tcPr>
            <w:tcW w:w="2020" w:type="dxa"/>
          </w:tcPr>
          <w:p w14:paraId="3CF6331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Ubicación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acceso</w:t>
            </w:r>
            <w:proofErr w:type="spellEnd"/>
          </w:p>
        </w:tc>
        <w:tc>
          <w:tcPr>
            <w:tcW w:w="2020" w:type="dxa"/>
          </w:tcPr>
          <w:p w14:paraId="4C135738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Sugiere mejorar ubicación del evento o accesibilidad para llegar.</w:t>
            </w:r>
          </w:p>
        </w:tc>
        <w:tc>
          <w:tcPr>
            <w:tcW w:w="2020" w:type="dxa"/>
          </w:tcPr>
          <w:p w14:paraId="1D05D2F7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“ubicación”, “acceso” o limitaciones de transporte.</w:t>
            </w:r>
          </w:p>
        </w:tc>
        <w:tc>
          <w:tcPr>
            <w:tcW w:w="2020" w:type="dxa"/>
          </w:tcPr>
          <w:p w14:paraId="037B1C7C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Logística interna (usar C23_LOG).</w:t>
            </w:r>
          </w:p>
        </w:tc>
        <w:tc>
          <w:tcPr>
            <w:tcW w:w="2020" w:type="dxa"/>
          </w:tcPr>
          <w:p w14:paraId="250070DA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Tal vez la ubicación del 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evento,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fue un poco accesible para muchas personas, ya que el instituto se encuentra lejos </w:t>
            </w: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lastRenderedPageBreak/>
              <w:t>de la ciudad y no hay transporte público.</w:t>
            </w:r>
          </w:p>
        </w:tc>
        <w:tc>
          <w:tcPr>
            <w:tcW w:w="2020" w:type="dxa"/>
          </w:tcPr>
          <w:p w14:paraId="1CF630B1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CF2E48" w14:paraId="712A3E7E" w14:textId="77777777">
        <w:trPr>
          <w:jc w:val="center"/>
        </w:trPr>
        <w:tc>
          <w:tcPr>
            <w:tcW w:w="2020" w:type="dxa"/>
          </w:tcPr>
          <w:p w14:paraId="1B0ED84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C23_HOR</w:t>
            </w:r>
          </w:p>
        </w:tc>
        <w:tc>
          <w:tcPr>
            <w:tcW w:w="2020" w:type="dxa"/>
          </w:tcPr>
          <w:p w14:paraId="238C210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tiempos</w:t>
            </w:r>
            <w:proofErr w:type="spellEnd"/>
          </w:p>
        </w:tc>
        <w:tc>
          <w:tcPr>
            <w:tcW w:w="2020" w:type="dxa"/>
          </w:tcPr>
          <w:p w14:paraId="51DB6EA5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Ajustes de horarios, duración, agenda o tiempos muertos.</w:t>
            </w:r>
          </w:p>
        </w:tc>
        <w:tc>
          <w:tcPr>
            <w:tcW w:w="2020" w:type="dxa"/>
          </w:tcPr>
          <w:p w14:paraId="6A3081C3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tiempos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“agenda”,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puntual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61EEFD2A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Difusión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previa (C23_DIF).</w:t>
            </w:r>
          </w:p>
        </w:tc>
        <w:tc>
          <w:tcPr>
            <w:tcW w:w="2020" w:type="dxa"/>
          </w:tcPr>
          <w:p w14:paraId="2873209B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Aumento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cantidad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staff; personal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permanente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evitar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atención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programar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forma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eficiente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escuelas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ya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hubo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alta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público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ocasiones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juntaba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mucha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63B6A6CF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CF2E48" w14:paraId="04B4890B" w14:textId="77777777">
        <w:trPr>
          <w:jc w:val="center"/>
        </w:trPr>
        <w:tc>
          <w:tcPr>
            <w:tcW w:w="2020" w:type="dxa"/>
          </w:tcPr>
          <w:p w14:paraId="7CAC6C2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C23_LOG</w:t>
            </w:r>
          </w:p>
        </w:tc>
        <w:tc>
          <w:tcPr>
            <w:tcW w:w="2020" w:type="dxa"/>
          </w:tcPr>
          <w:p w14:paraId="7DBEAC52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Coordinación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interna</w:t>
            </w:r>
          </w:p>
        </w:tc>
        <w:tc>
          <w:tcPr>
            <w:tcW w:w="2020" w:type="dxa"/>
          </w:tcPr>
          <w:p w14:paraId="16E5CBFD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Mejoras en coordinación operativa, flujo y organización interna.</w:t>
            </w:r>
          </w:p>
        </w:tc>
        <w:tc>
          <w:tcPr>
            <w:tcW w:w="2020" w:type="dxa"/>
          </w:tcPr>
          <w:p w14:paraId="08CF68AE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logística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coordinación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organización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17EF7E6E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Ubicación/acceso externo (C23_UBIC).</w:t>
            </w:r>
          </w:p>
        </w:tc>
        <w:tc>
          <w:tcPr>
            <w:tcW w:w="2020" w:type="dxa"/>
          </w:tcPr>
          <w:p w14:paraId="59D203AC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Decoración, organización y más talleres para niños, más equipo de apoyo.</w:t>
            </w:r>
          </w:p>
        </w:tc>
        <w:tc>
          <w:tcPr>
            <w:tcW w:w="2020" w:type="dxa"/>
          </w:tcPr>
          <w:p w14:paraId="68E3C2C9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CF2E48" w14:paraId="625654F0" w14:textId="77777777">
        <w:trPr>
          <w:jc w:val="center"/>
        </w:trPr>
        <w:tc>
          <w:tcPr>
            <w:tcW w:w="2020" w:type="dxa"/>
          </w:tcPr>
          <w:p w14:paraId="1CFA0D51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C23_REC</w:t>
            </w:r>
          </w:p>
        </w:tc>
        <w:tc>
          <w:tcPr>
            <w:tcW w:w="2020" w:type="dxa"/>
          </w:tcPr>
          <w:p w14:paraId="3FDD973F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Recursos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equipamiento</w:t>
            </w:r>
            <w:proofErr w:type="spellEnd"/>
          </w:p>
        </w:tc>
        <w:tc>
          <w:tcPr>
            <w:tcW w:w="2020" w:type="dxa"/>
          </w:tcPr>
          <w:p w14:paraId="330015E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Mejorar recursos o equipamiento (audio, micrófonos, materiales, soporte técnico).</w:t>
            </w:r>
          </w:p>
        </w:tc>
        <w:tc>
          <w:tcPr>
            <w:tcW w:w="2020" w:type="dxa"/>
          </w:tcPr>
          <w:p w14:paraId="25559D88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“micrófono”, “equipo”, “audio”, “material”, “técnico”.</w:t>
            </w:r>
          </w:p>
        </w:tc>
        <w:tc>
          <w:tcPr>
            <w:tcW w:w="2020" w:type="dxa"/>
          </w:tcPr>
          <w:p w14:paraId="608936F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Personal/roles (C23_STAFF).</w:t>
            </w:r>
          </w:p>
        </w:tc>
        <w:tc>
          <w:tcPr>
            <w:tcW w:w="2020" w:type="dxa"/>
          </w:tcPr>
          <w:p w14:paraId="0B0F2D7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Decoración, organización y más talleres para niños, más equipo de apoyo.</w:t>
            </w:r>
          </w:p>
        </w:tc>
        <w:tc>
          <w:tcPr>
            <w:tcW w:w="2020" w:type="dxa"/>
          </w:tcPr>
          <w:p w14:paraId="604F6EB1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CF2E48" w14:paraId="67BDD42B" w14:textId="77777777">
        <w:trPr>
          <w:jc w:val="center"/>
        </w:trPr>
        <w:tc>
          <w:tcPr>
            <w:tcW w:w="2020" w:type="dxa"/>
          </w:tcPr>
          <w:p w14:paraId="250576D2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C23_DIF</w:t>
            </w:r>
          </w:p>
        </w:tc>
        <w:tc>
          <w:tcPr>
            <w:tcW w:w="2020" w:type="dxa"/>
          </w:tcPr>
          <w:p w14:paraId="5DAC24E3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Difusión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convocatoria</w:t>
            </w:r>
            <w:proofErr w:type="spellEnd"/>
          </w:p>
        </w:tc>
        <w:tc>
          <w:tcPr>
            <w:tcW w:w="2020" w:type="dxa"/>
          </w:tcPr>
          <w:p w14:paraId="3010070F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Aumentar difusión, publicidad o convocatoria previa.</w:t>
            </w:r>
          </w:p>
        </w:tc>
        <w:tc>
          <w:tcPr>
            <w:tcW w:w="2020" w:type="dxa"/>
          </w:tcPr>
          <w:p w14:paraId="71EBA82F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difusión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publicidad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convocar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789FF5D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Comunicación interna entre staff (C23_INFO).</w:t>
            </w:r>
          </w:p>
        </w:tc>
        <w:tc>
          <w:tcPr>
            <w:tcW w:w="2020" w:type="dxa"/>
          </w:tcPr>
          <w:p w14:paraId="2BA6AF4B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Mayor difusión antes del evento, para que puedan venir más personas.</w:t>
            </w:r>
          </w:p>
        </w:tc>
        <w:tc>
          <w:tcPr>
            <w:tcW w:w="2020" w:type="dxa"/>
          </w:tcPr>
          <w:p w14:paraId="349F8BAA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CF2E48" w14:paraId="13ED287B" w14:textId="77777777">
        <w:trPr>
          <w:jc w:val="center"/>
        </w:trPr>
        <w:tc>
          <w:tcPr>
            <w:tcW w:w="2020" w:type="dxa"/>
          </w:tcPr>
          <w:p w14:paraId="7881668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C23_STAFF</w:t>
            </w:r>
          </w:p>
        </w:tc>
        <w:tc>
          <w:tcPr>
            <w:tcW w:w="2020" w:type="dxa"/>
          </w:tcPr>
          <w:p w14:paraId="17478BB6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Personal de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apoyo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(staff)</w:t>
            </w:r>
          </w:p>
        </w:tc>
        <w:tc>
          <w:tcPr>
            <w:tcW w:w="2020" w:type="dxa"/>
          </w:tcPr>
          <w:p w14:paraId="2EC774D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Incrementar personal de apoyo o clarificar roles operativos.</w:t>
            </w:r>
          </w:p>
        </w:tc>
        <w:tc>
          <w:tcPr>
            <w:tcW w:w="2020" w:type="dxa"/>
          </w:tcPr>
          <w:p w14:paraId="34DA775C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“staff”, “personal”, “equipo de apoyo”.</w:t>
            </w:r>
          </w:p>
        </w:tc>
        <w:tc>
          <w:tcPr>
            <w:tcW w:w="2020" w:type="dxa"/>
          </w:tcPr>
          <w:p w14:paraId="3C21C5AF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Equipamiento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materiales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(C23_REC).</w:t>
            </w:r>
          </w:p>
        </w:tc>
        <w:tc>
          <w:tcPr>
            <w:tcW w:w="2020" w:type="dxa"/>
          </w:tcPr>
          <w:p w14:paraId="76A9AC6D" w14:textId="77777777" w:rsidR="0029650F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Aumento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cantidad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staff; personal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permanente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evitar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atención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programar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 forma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eficiente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horarios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escuelas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ya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hubo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alta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del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público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ocasiones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juntaba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mucha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gente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6648DA57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CF2E48" w14:paraId="6F0B71C4" w14:textId="77777777">
        <w:trPr>
          <w:jc w:val="center"/>
        </w:trPr>
        <w:tc>
          <w:tcPr>
            <w:tcW w:w="2020" w:type="dxa"/>
          </w:tcPr>
          <w:p w14:paraId="0C36A73E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C23_INFO</w:t>
            </w:r>
          </w:p>
        </w:tc>
        <w:tc>
          <w:tcPr>
            <w:tcW w:w="2020" w:type="dxa"/>
          </w:tcPr>
          <w:p w14:paraId="27BA9D9D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Comunicación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instrucciones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previas</w:t>
            </w:r>
          </w:p>
        </w:tc>
        <w:tc>
          <w:tcPr>
            <w:tcW w:w="2020" w:type="dxa"/>
          </w:tcPr>
          <w:p w14:paraId="3D3D4A54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Mejor comunicación previa, instrucciones o detalle de tareas.</w:t>
            </w:r>
          </w:p>
        </w:tc>
        <w:tc>
          <w:tcPr>
            <w:tcW w:w="2020" w:type="dxa"/>
          </w:tcPr>
          <w:p w14:paraId="73595E7D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“información previa”, “instrucciones”, mensajes contradictorios.</w:t>
            </w:r>
          </w:p>
        </w:tc>
        <w:tc>
          <w:tcPr>
            <w:tcW w:w="2020" w:type="dxa"/>
          </w:tcPr>
          <w:p w14:paraId="468AE9C8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Difusión externa al público (C23_DIF).</w:t>
            </w:r>
          </w:p>
        </w:tc>
        <w:tc>
          <w:tcPr>
            <w:tcW w:w="2020" w:type="dxa"/>
          </w:tcPr>
          <w:p w14:paraId="5A37679C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Tal vez la comunicación entre el staff y organizadores, en ocasiones se daba una instrucción y después se daba otra y causaba cierta confusión.</w:t>
            </w:r>
          </w:p>
        </w:tc>
        <w:tc>
          <w:tcPr>
            <w:tcW w:w="2020" w:type="dxa"/>
          </w:tcPr>
          <w:p w14:paraId="1A8EB03A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E151DE" w:rsidRPr="00CF2E48" w14:paraId="49B325A0" w14:textId="77777777">
        <w:trPr>
          <w:jc w:val="center"/>
        </w:trPr>
        <w:tc>
          <w:tcPr>
            <w:tcW w:w="2020" w:type="dxa"/>
          </w:tcPr>
          <w:p w14:paraId="25185E19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NA_SIN_RESPUESTA</w:t>
            </w:r>
          </w:p>
        </w:tc>
        <w:tc>
          <w:tcPr>
            <w:tcW w:w="2020" w:type="dxa"/>
          </w:tcPr>
          <w:p w14:paraId="32DE9C28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</w:p>
        </w:tc>
        <w:tc>
          <w:tcPr>
            <w:tcW w:w="2020" w:type="dxa"/>
          </w:tcPr>
          <w:p w14:paraId="2119716A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Celda vacía, guion o texto no interpretable.</w:t>
            </w:r>
          </w:p>
        </w:tc>
        <w:tc>
          <w:tcPr>
            <w:tcW w:w="2020" w:type="dxa"/>
          </w:tcPr>
          <w:p w14:paraId="6820C2E7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Vacío</w:t>
            </w:r>
            <w:proofErr w:type="spellEnd"/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—”</w:t>
            </w:r>
            <w:proofErr w:type="gram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-”/sin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significativo</w:t>
            </w:r>
            <w:proofErr w:type="spellEnd"/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4BE1F820" w14:textId="77777777" w:rsidR="00E151DE" w:rsidRPr="00CF2E48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CF2E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2020" w:type="dxa"/>
          </w:tcPr>
          <w:p w14:paraId="36F8C628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20" w:type="dxa"/>
          </w:tcPr>
          <w:p w14:paraId="00D6C0E8" w14:textId="77777777" w:rsidR="00E151DE" w:rsidRPr="00CF2E48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78B73E71" w14:textId="77777777" w:rsidR="00E151DE" w:rsidRPr="00D4469C" w:rsidRDefault="00E151DE">
      <w:pPr>
        <w:rPr>
          <w:color w:val="000000" w:themeColor="text1"/>
          <w:sz w:val="18"/>
          <w:szCs w:val="18"/>
        </w:rPr>
      </w:pPr>
    </w:p>
    <w:p w14:paraId="28E3801F" w14:textId="77777777" w:rsidR="00E151DE" w:rsidRPr="00CF2E48" w:rsidRDefault="00000000">
      <w:pPr>
        <w:pStyle w:val="Ttulo2"/>
        <w:rPr>
          <w:color w:val="000000" w:themeColor="text1"/>
          <w:sz w:val="24"/>
          <w:szCs w:val="24"/>
          <w:lang w:val="es-ES"/>
        </w:rPr>
      </w:pPr>
      <w:proofErr w:type="spellStart"/>
      <w:r w:rsidRPr="00CF2E48">
        <w:rPr>
          <w:color w:val="000000" w:themeColor="text1"/>
          <w:sz w:val="24"/>
          <w:szCs w:val="24"/>
        </w:rPr>
        <w:t>Tabla</w:t>
      </w:r>
      <w:proofErr w:type="spellEnd"/>
      <w:r w:rsidRPr="00CF2E48">
        <w:rPr>
          <w:color w:val="000000" w:themeColor="text1"/>
          <w:sz w:val="24"/>
          <w:szCs w:val="24"/>
        </w:rPr>
        <w:t xml:space="preserve"> S1C-3. </w:t>
      </w:r>
      <w:proofErr w:type="spellStart"/>
      <w:r w:rsidRPr="00CF2E48">
        <w:rPr>
          <w:color w:val="000000" w:themeColor="text1"/>
          <w:sz w:val="24"/>
          <w:szCs w:val="24"/>
        </w:rPr>
        <w:t>Actividades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sugeridas</w:t>
      </w:r>
      <w:proofErr w:type="spellEnd"/>
      <w:r w:rsidRPr="00CF2E48">
        <w:rPr>
          <w:color w:val="000000" w:themeColor="text1"/>
          <w:sz w:val="24"/>
          <w:szCs w:val="24"/>
        </w:rPr>
        <w:t xml:space="preserve"> para </w:t>
      </w:r>
      <w:proofErr w:type="spellStart"/>
      <w:r w:rsidRPr="00CF2E48">
        <w:rPr>
          <w:color w:val="000000" w:themeColor="text1"/>
          <w:sz w:val="24"/>
          <w:szCs w:val="24"/>
        </w:rPr>
        <w:t>futuros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eventos</w:t>
      </w:r>
      <w:proofErr w:type="spellEnd"/>
      <w:r w:rsidRPr="00CF2E48">
        <w:rPr>
          <w:color w:val="000000" w:themeColor="text1"/>
          <w:sz w:val="24"/>
          <w:szCs w:val="24"/>
        </w:rPr>
        <w:t xml:space="preserve"> (C24_NUEV)</w:t>
      </w:r>
    </w:p>
    <w:p w14:paraId="3AB6DD89" w14:textId="77777777" w:rsidR="00E151DE" w:rsidRPr="00CF2E48" w:rsidRDefault="00000000">
      <w:pPr>
        <w:rPr>
          <w:color w:val="000000" w:themeColor="text1"/>
          <w:sz w:val="24"/>
          <w:szCs w:val="24"/>
          <w:lang w:val="es-ES"/>
        </w:rPr>
      </w:pPr>
      <w:proofErr w:type="spellStart"/>
      <w:r w:rsidRPr="00CF2E48">
        <w:rPr>
          <w:color w:val="000000" w:themeColor="text1"/>
          <w:sz w:val="24"/>
          <w:szCs w:val="24"/>
        </w:rPr>
        <w:t>Pregunta</w:t>
      </w:r>
      <w:proofErr w:type="spellEnd"/>
      <w:r w:rsidRPr="00CF2E48">
        <w:rPr>
          <w:color w:val="000000" w:themeColor="text1"/>
          <w:sz w:val="24"/>
          <w:szCs w:val="24"/>
        </w:rPr>
        <w:t xml:space="preserve"> (</w:t>
      </w:r>
      <w:proofErr w:type="spellStart"/>
      <w:r w:rsidRPr="00CF2E48">
        <w:rPr>
          <w:color w:val="000000" w:themeColor="text1"/>
          <w:sz w:val="24"/>
          <w:szCs w:val="24"/>
        </w:rPr>
        <w:t>respuesta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abierta</w:t>
      </w:r>
      <w:proofErr w:type="spellEnd"/>
      <w:r w:rsidRPr="00CF2E48">
        <w:rPr>
          <w:color w:val="000000" w:themeColor="text1"/>
          <w:sz w:val="24"/>
          <w:szCs w:val="24"/>
        </w:rPr>
        <w:t>): ¿</w:t>
      </w:r>
      <w:proofErr w:type="spellStart"/>
      <w:r w:rsidRPr="00CF2E48">
        <w:rPr>
          <w:color w:val="000000" w:themeColor="text1"/>
          <w:sz w:val="24"/>
          <w:szCs w:val="24"/>
        </w:rPr>
        <w:t>Qué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otras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actividades</w:t>
      </w:r>
      <w:proofErr w:type="spellEnd"/>
      <w:r w:rsidRPr="00CF2E48">
        <w:rPr>
          <w:color w:val="000000" w:themeColor="text1"/>
          <w:sz w:val="24"/>
          <w:szCs w:val="24"/>
        </w:rPr>
        <w:t xml:space="preserve"> de </w:t>
      </w:r>
      <w:proofErr w:type="spellStart"/>
      <w:r w:rsidRPr="00CF2E48">
        <w:rPr>
          <w:color w:val="000000" w:themeColor="text1"/>
          <w:sz w:val="24"/>
          <w:szCs w:val="24"/>
        </w:rPr>
        <w:t>divulgación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crees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que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podrían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integrarse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en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futuros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eventos</w:t>
      </w:r>
      <w:proofErr w:type="spellEnd"/>
      <w:r w:rsidRPr="00CF2E48">
        <w:rPr>
          <w:color w:val="000000" w:themeColor="text1"/>
          <w:sz w:val="24"/>
          <w:szCs w:val="24"/>
        </w:rPr>
        <w:t xml:space="preserve"> </w:t>
      </w:r>
      <w:proofErr w:type="spellStart"/>
      <w:r w:rsidRPr="00CF2E48">
        <w:rPr>
          <w:color w:val="000000" w:themeColor="text1"/>
          <w:sz w:val="24"/>
          <w:szCs w:val="24"/>
        </w:rPr>
        <w:t>similares</w:t>
      </w:r>
      <w:proofErr w:type="spellEnd"/>
      <w:r w:rsidRPr="00CF2E48">
        <w:rPr>
          <w:color w:val="000000" w:themeColor="text1"/>
          <w:sz w:val="24"/>
          <w:szCs w:val="24"/>
        </w:rPr>
        <w:t>?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11"/>
        <w:gridCol w:w="2195"/>
        <w:gridCol w:w="1994"/>
        <w:gridCol w:w="1993"/>
        <w:gridCol w:w="1995"/>
        <w:gridCol w:w="1979"/>
        <w:gridCol w:w="1963"/>
      </w:tblGrid>
      <w:tr w:rsidR="00D4469C" w:rsidRPr="00A46E2B" w14:paraId="75D6FE58" w14:textId="77777777">
        <w:trPr>
          <w:jc w:val="center"/>
        </w:trPr>
        <w:tc>
          <w:tcPr>
            <w:tcW w:w="2020" w:type="dxa"/>
            <w:shd w:val="clear" w:color="auto" w:fill="EDEDED"/>
          </w:tcPr>
          <w:p w14:paraId="145D940F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Código</w:t>
            </w:r>
          </w:p>
        </w:tc>
        <w:tc>
          <w:tcPr>
            <w:tcW w:w="2020" w:type="dxa"/>
            <w:shd w:val="clear" w:color="auto" w:fill="EDEDED"/>
          </w:tcPr>
          <w:p w14:paraId="6505BB45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Etiqueta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27EE2C45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Definición</w:t>
            </w:r>
            <w:proofErr w:type="spellEnd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operativa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7725239C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66D421FD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7328CC96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extracto</w:t>
            </w:r>
            <w:proofErr w:type="spellEnd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20" w:type="dxa"/>
            <w:shd w:val="clear" w:color="auto" w:fill="EDEDED"/>
          </w:tcPr>
          <w:p w14:paraId="7F3D82FC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Notas</w:t>
            </w:r>
            <w:proofErr w:type="spellEnd"/>
          </w:p>
        </w:tc>
      </w:tr>
      <w:tr w:rsidR="00D4469C" w:rsidRPr="00A46E2B" w14:paraId="7125F5A2" w14:textId="77777777">
        <w:trPr>
          <w:jc w:val="center"/>
        </w:trPr>
        <w:tc>
          <w:tcPr>
            <w:tcW w:w="2020" w:type="dxa"/>
          </w:tcPr>
          <w:p w14:paraId="53E87F76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C24_PROY</w:t>
            </w:r>
          </w:p>
        </w:tc>
        <w:tc>
          <w:tcPr>
            <w:tcW w:w="2020" w:type="dxa"/>
          </w:tcPr>
          <w:p w14:paraId="196EB7B3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Proyectos de investigación (CICATA/IPN)</w:t>
            </w:r>
          </w:p>
        </w:tc>
        <w:tc>
          <w:tcPr>
            <w:tcW w:w="2020" w:type="dxa"/>
          </w:tcPr>
          <w:p w14:paraId="4789FBBC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Integrar proyectos/líneas de investigación como actividades de divulgación.</w:t>
            </w:r>
          </w:p>
        </w:tc>
        <w:tc>
          <w:tcPr>
            <w:tcW w:w="2020" w:type="dxa"/>
          </w:tcPr>
          <w:p w14:paraId="138B2D7F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“proyectos de investigación”, “CICATA/IPN”, “estudiantes”.</w:t>
            </w:r>
          </w:p>
        </w:tc>
        <w:tc>
          <w:tcPr>
            <w:tcW w:w="2020" w:type="dxa"/>
          </w:tcPr>
          <w:p w14:paraId="5D5D1E94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Talleres genéricos sin referencia a investigación.</w:t>
            </w:r>
          </w:p>
        </w:tc>
        <w:tc>
          <w:tcPr>
            <w:tcW w:w="2020" w:type="dxa"/>
          </w:tcPr>
          <w:p w14:paraId="586AEB81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Actividades relacionadas a los proyectos de investigación que realizan los estudiantes del CICATA.</w:t>
            </w:r>
          </w:p>
        </w:tc>
        <w:tc>
          <w:tcPr>
            <w:tcW w:w="2020" w:type="dxa"/>
          </w:tcPr>
          <w:p w14:paraId="18D9A89B" w14:textId="77777777" w:rsidR="00E151DE" w:rsidRPr="00A46E2B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A46E2B" w14:paraId="3773243D" w14:textId="77777777">
        <w:trPr>
          <w:jc w:val="center"/>
        </w:trPr>
        <w:tc>
          <w:tcPr>
            <w:tcW w:w="2020" w:type="dxa"/>
          </w:tcPr>
          <w:p w14:paraId="584D31F3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C24_INT</w:t>
            </w:r>
          </w:p>
        </w:tc>
        <w:tc>
          <w:tcPr>
            <w:tcW w:w="2020" w:type="dxa"/>
          </w:tcPr>
          <w:p w14:paraId="248218E9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más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interactivas</w:t>
            </w:r>
            <w:proofErr w:type="spellEnd"/>
          </w:p>
        </w:tc>
        <w:tc>
          <w:tcPr>
            <w:tcW w:w="2020" w:type="dxa"/>
          </w:tcPr>
          <w:p w14:paraId="2E02701F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Mayor interacción directa (*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hands-on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*) con el público.</w:t>
            </w:r>
          </w:p>
        </w:tc>
        <w:tc>
          <w:tcPr>
            <w:tcW w:w="2020" w:type="dxa"/>
          </w:tcPr>
          <w:p w14:paraId="2E94280F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interacción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directa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interactivo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04D19647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Solo propone charlas (C24_CHAR).</w:t>
            </w:r>
          </w:p>
        </w:tc>
        <w:tc>
          <w:tcPr>
            <w:tcW w:w="2020" w:type="dxa"/>
          </w:tcPr>
          <w:p w14:paraId="777ED890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El último día hacer un tipo de concurso interactivo con todo lo que se vio en los días anteriores en las conferencias, talleres, </w:t>
            </w:r>
            <w:proofErr w:type="spellStart"/>
            <w:proofErr w:type="gram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etc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….</w:t>
            </w:r>
            <w:proofErr w:type="gramEnd"/>
          </w:p>
        </w:tc>
        <w:tc>
          <w:tcPr>
            <w:tcW w:w="2020" w:type="dxa"/>
          </w:tcPr>
          <w:p w14:paraId="5847040C" w14:textId="77777777" w:rsidR="00E151DE" w:rsidRPr="00A46E2B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A46E2B" w14:paraId="74E48F68" w14:textId="77777777">
        <w:trPr>
          <w:jc w:val="center"/>
        </w:trPr>
        <w:tc>
          <w:tcPr>
            <w:tcW w:w="2020" w:type="dxa"/>
          </w:tcPr>
          <w:p w14:paraId="574216DE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C24_TALL</w:t>
            </w:r>
          </w:p>
        </w:tc>
        <w:tc>
          <w:tcPr>
            <w:tcW w:w="2020" w:type="dxa"/>
          </w:tcPr>
          <w:p w14:paraId="1D743345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talleres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demostraciones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prácticas</w:t>
            </w:r>
            <w:proofErr w:type="spellEnd"/>
          </w:p>
        </w:tc>
        <w:tc>
          <w:tcPr>
            <w:tcW w:w="2020" w:type="dxa"/>
          </w:tcPr>
          <w:p w14:paraId="0DDF91C5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Talleres adicionales o demostraciones prácticas (armar, construir).</w:t>
            </w:r>
          </w:p>
        </w:tc>
        <w:tc>
          <w:tcPr>
            <w:tcW w:w="2020" w:type="dxa"/>
          </w:tcPr>
          <w:p w14:paraId="54E7F2C7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“taller”, “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demostración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armar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práctico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6159AFAE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Concursos/ferias (C24_CONC) si es el centro.</w:t>
            </w:r>
          </w:p>
        </w:tc>
        <w:tc>
          <w:tcPr>
            <w:tcW w:w="2020" w:type="dxa"/>
          </w:tcPr>
          <w:p w14:paraId="48B59BEC" w14:textId="77777777" w:rsidR="0029650F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Podrían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hacerse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talleres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donde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armen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cosas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armar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telescopios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hacer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cajas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negras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ver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el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sol, entre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otras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para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realizar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con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materiales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reciclados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7A2B9448" w14:textId="77777777" w:rsidR="00E151DE" w:rsidRPr="00A46E2B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A46E2B" w14:paraId="3DCA7733" w14:textId="77777777">
        <w:trPr>
          <w:jc w:val="center"/>
        </w:trPr>
        <w:tc>
          <w:tcPr>
            <w:tcW w:w="2020" w:type="dxa"/>
          </w:tcPr>
          <w:p w14:paraId="7F5E6F5B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C24_CONC</w:t>
            </w:r>
          </w:p>
        </w:tc>
        <w:tc>
          <w:tcPr>
            <w:tcW w:w="2020" w:type="dxa"/>
          </w:tcPr>
          <w:p w14:paraId="64E2E985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Concursos/feria de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ciencias</w:t>
            </w:r>
            <w:proofErr w:type="spellEnd"/>
          </w:p>
        </w:tc>
        <w:tc>
          <w:tcPr>
            <w:tcW w:w="2020" w:type="dxa"/>
          </w:tcPr>
          <w:p w14:paraId="70259012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Concursos, retos, feria, posters o formatos competitivos.</w:t>
            </w:r>
          </w:p>
        </w:tc>
        <w:tc>
          <w:tcPr>
            <w:tcW w:w="2020" w:type="dxa"/>
          </w:tcPr>
          <w:p w14:paraId="6C14ECEF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“concurso”, “feria”, “posters”, “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reto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79D28A53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Taller sin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componente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competitivo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1D119BF3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concurso infantil de posters como </w:t>
            </w:r>
            <w:proofErr w:type="gram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una tipo</w:t>
            </w:r>
            <w:proofErr w:type="gram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 feria de ciencias</w:t>
            </w:r>
          </w:p>
        </w:tc>
        <w:tc>
          <w:tcPr>
            <w:tcW w:w="2020" w:type="dxa"/>
          </w:tcPr>
          <w:p w14:paraId="47986E40" w14:textId="77777777" w:rsidR="00E151DE" w:rsidRPr="00A46E2B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A46E2B" w14:paraId="2755006D" w14:textId="77777777">
        <w:trPr>
          <w:jc w:val="center"/>
        </w:trPr>
        <w:tc>
          <w:tcPr>
            <w:tcW w:w="2020" w:type="dxa"/>
          </w:tcPr>
          <w:p w14:paraId="1B4BB33A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C24_CHAR</w:t>
            </w:r>
          </w:p>
        </w:tc>
        <w:tc>
          <w:tcPr>
            <w:tcW w:w="2020" w:type="dxa"/>
          </w:tcPr>
          <w:p w14:paraId="4227676D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Más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charlas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/ponentes</w:t>
            </w:r>
          </w:p>
        </w:tc>
        <w:tc>
          <w:tcPr>
            <w:tcW w:w="2020" w:type="dxa"/>
          </w:tcPr>
          <w:p w14:paraId="7CB792A4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Ampliar charlas, conferencias o diversidad de ponentes.</w:t>
            </w:r>
          </w:p>
        </w:tc>
        <w:tc>
          <w:tcPr>
            <w:tcW w:w="2020" w:type="dxa"/>
          </w:tcPr>
          <w:p w14:paraId="298199D0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charlas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conferencias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”, “ponentes”.</w:t>
            </w:r>
          </w:p>
        </w:tc>
        <w:tc>
          <w:tcPr>
            <w:tcW w:w="2020" w:type="dxa"/>
          </w:tcPr>
          <w:p w14:paraId="6BF67A2E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Actividades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prácticas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sin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charlas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69BA2AB3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 xml:space="preserve">El último día hacer un tipo de concurso interactivo con todo lo que se vio en los días anteriores en las conferencias, talleres, </w:t>
            </w:r>
            <w:proofErr w:type="spellStart"/>
            <w:proofErr w:type="gram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etc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….</w:t>
            </w:r>
            <w:proofErr w:type="gramEnd"/>
          </w:p>
        </w:tc>
        <w:tc>
          <w:tcPr>
            <w:tcW w:w="2020" w:type="dxa"/>
          </w:tcPr>
          <w:p w14:paraId="2604F5C3" w14:textId="77777777" w:rsidR="00E151DE" w:rsidRPr="00A46E2B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A46E2B" w14:paraId="5A448918" w14:textId="77777777">
        <w:trPr>
          <w:jc w:val="center"/>
        </w:trPr>
        <w:tc>
          <w:tcPr>
            <w:tcW w:w="2020" w:type="dxa"/>
          </w:tcPr>
          <w:p w14:paraId="02FE0D20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C24_OTR</w:t>
            </w:r>
          </w:p>
        </w:tc>
        <w:tc>
          <w:tcPr>
            <w:tcW w:w="2020" w:type="dxa"/>
          </w:tcPr>
          <w:p w14:paraId="674A2897" w14:textId="77777777" w:rsidR="0029650F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No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especificó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/ Respuesta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vaga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/ Sin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menciones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abiertas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20" w:type="dxa"/>
          </w:tcPr>
          <w:p w14:paraId="230409E4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Idea vaga o no clasificable en los códigos anteriores.</w:t>
            </w:r>
          </w:p>
        </w:tc>
        <w:tc>
          <w:tcPr>
            <w:tcW w:w="2020" w:type="dxa"/>
          </w:tcPr>
          <w:p w14:paraId="6CFC42EC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Propuestas sin detalle o fuera de categorías.</w:t>
            </w:r>
          </w:p>
        </w:tc>
        <w:tc>
          <w:tcPr>
            <w:tcW w:w="2020" w:type="dxa"/>
          </w:tcPr>
          <w:p w14:paraId="24A0426F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2020" w:type="dxa"/>
          </w:tcPr>
          <w:p w14:paraId="332168FA" w14:textId="77777777" w:rsidR="00E151DE" w:rsidRPr="00A46E2B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20" w:type="dxa"/>
          </w:tcPr>
          <w:p w14:paraId="23C511B1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Usar solo si no encaja en ninguna categoría.</w:t>
            </w:r>
          </w:p>
        </w:tc>
      </w:tr>
      <w:tr w:rsidR="00E151DE" w:rsidRPr="00A46E2B" w14:paraId="5775BF2F" w14:textId="77777777">
        <w:trPr>
          <w:jc w:val="center"/>
        </w:trPr>
        <w:tc>
          <w:tcPr>
            <w:tcW w:w="2020" w:type="dxa"/>
          </w:tcPr>
          <w:p w14:paraId="124C36BD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NA_SIN_RESPUESTA</w:t>
            </w:r>
          </w:p>
        </w:tc>
        <w:tc>
          <w:tcPr>
            <w:tcW w:w="2020" w:type="dxa"/>
          </w:tcPr>
          <w:p w14:paraId="10DC9C0C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respuesta</w:t>
            </w:r>
            <w:proofErr w:type="spellEnd"/>
          </w:p>
        </w:tc>
        <w:tc>
          <w:tcPr>
            <w:tcW w:w="2020" w:type="dxa"/>
          </w:tcPr>
          <w:p w14:paraId="7A5B325A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s-ES"/>
              </w:rPr>
              <w:t>Celda vacía, guion o texto no interpretable.</w:t>
            </w:r>
          </w:p>
        </w:tc>
        <w:tc>
          <w:tcPr>
            <w:tcW w:w="2020" w:type="dxa"/>
          </w:tcPr>
          <w:p w14:paraId="17A7972A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Vacío</w:t>
            </w:r>
            <w:proofErr w:type="spellEnd"/>
            <w:proofErr w:type="gram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—”</w:t>
            </w:r>
            <w:proofErr w:type="gram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-”/sin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significativo</w:t>
            </w:r>
            <w:proofErr w:type="spellEnd"/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135EF277" w14:textId="77777777" w:rsidR="00E151DE" w:rsidRPr="00A46E2B" w:rsidRDefault="00000000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A46E2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2020" w:type="dxa"/>
          </w:tcPr>
          <w:p w14:paraId="3C88684B" w14:textId="77777777" w:rsidR="00E151DE" w:rsidRPr="00A46E2B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020" w:type="dxa"/>
          </w:tcPr>
          <w:p w14:paraId="5815CD67" w14:textId="77777777" w:rsidR="00E151DE" w:rsidRPr="00A46E2B" w:rsidRDefault="00E151DE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5B3454F3" w14:textId="77777777" w:rsidR="00E151DE" w:rsidRPr="00D4469C" w:rsidRDefault="00E151DE">
      <w:pPr>
        <w:rPr>
          <w:color w:val="000000" w:themeColor="text1"/>
          <w:sz w:val="18"/>
          <w:szCs w:val="18"/>
        </w:rPr>
      </w:pPr>
    </w:p>
    <w:p w14:paraId="01ABD72E" w14:textId="77777777" w:rsidR="00E151DE" w:rsidRPr="00D4469C" w:rsidRDefault="00000000">
      <w:pPr>
        <w:pStyle w:val="Ttulo2"/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Tabla</w:t>
      </w:r>
      <w:proofErr w:type="spellEnd"/>
      <w:r w:rsidRPr="00D4469C">
        <w:rPr>
          <w:color w:val="000000" w:themeColor="text1"/>
          <w:sz w:val="24"/>
          <w:szCs w:val="24"/>
        </w:rPr>
        <w:t xml:space="preserve"> S1C-4. </w:t>
      </w:r>
      <w:proofErr w:type="spellStart"/>
      <w:r w:rsidRPr="00D4469C">
        <w:rPr>
          <w:color w:val="000000" w:themeColor="text1"/>
          <w:sz w:val="24"/>
          <w:szCs w:val="24"/>
        </w:rPr>
        <w:t>Comentarios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adicionales</w:t>
      </w:r>
      <w:proofErr w:type="spellEnd"/>
      <w:r w:rsidRPr="00D4469C">
        <w:rPr>
          <w:color w:val="000000" w:themeColor="text1"/>
          <w:sz w:val="24"/>
          <w:szCs w:val="24"/>
        </w:rPr>
        <w:t xml:space="preserve"> (C25_COM)</w:t>
      </w:r>
    </w:p>
    <w:p w14:paraId="386ABE94" w14:textId="77777777" w:rsidR="00E151DE" w:rsidRPr="00D4469C" w:rsidRDefault="00000000">
      <w:pPr>
        <w:rPr>
          <w:color w:val="000000" w:themeColor="text1"/>
          <w:sz w:val="24"/>
          <w:szCs w:val="24"/>
          <w:lang w:val="es-ES"/>
        </w:rPr>
      </w:pPr>
      <w:proofErr w:type="spellStart"/>
      <w:r w:rsidRPr="00D4469C">
        <w:rPr>
          <w:color w:val="000000" w:themeColor="text1"/>
          <w:sz w:val="24"/>
          <w:szCs w:val="24"/>
        </w:rPr>
        <w:t>Pregunta</w:t>
      </w:r>
      <w:proofErr w:type="spellEnd"/>
      <w:r w:rsidRPr="00D4469C">
        <w:rPr>
          <w:color w:val="000000" w:themeColor="text1"/>
          <w:sz w:val="24"/>
          <w:szCs w:val="24"/>
        </w:rPr>
        <w:t xml:space="preserve"> (</w:t>
      </w:r>
      <w:proofErr w:type="spellStart"/>
      <w:r w:rsidRPr="00D4469C">
        <w:rPr>
          <w:color w:val="000000" w:themeColor="text1"/>
          <w:sz w:val="24"/>
          <w:szCs w:val="24"/>
        </w:rPr>
        <w:t>respuesta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abierta</w:t>
      </w:r>
      <w:proofErr w:type="spellEnd"/>
      <w:r w:rsidRPr="00D4469C">
        <w:rPr>
          <w:color w:val="000000" w:themeColor="text1"/>
          <w:sz w:val="24"/>
          <w:szCs w:val="24"/>
        </w:rPr>
        <w:t>): ¿</w:t>
      </w:r>
      <w:proofErr w:type="spellStart"/>
      <w:r w:rsidRPr="00D4469C">
        <w:rPr>
          <w:color w:val="000000" w:themeColor="text1"/>
          <w:sz w:val="24"/>
          <w:szCs w:val="24"/>
        </w:rPr>
        <w:t>Tienes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algún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comentario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adicional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sobre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tu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experiencia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en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el</w:t>
      </w:r>
      <w:proofErr w:type="spellEnd"/>
      <w:r w:rsidRPr="00D4469C">
        <w:rPr>
          <w:color w:val="000000" w:themeColor="text1"/>
          <w:sz w:val="24"/>
          <w:szCs w:val="24"/>
        </w:rPr>
        <w:t xml:space="preserve"> </w:t>
      </w:r>
      <w:proofErr w:type="spellStart"/>
      <w:r w:rsidRPr="00D4469C">
        <w:rPr>
          <w:color w:val="000000" w:themeColor="text1"/>
          <w:sz w:val="24"/>
          <w:szCs w:val="24"/>
        </w:rPr>
        <w:t>evento</w:t>
      </w:r>
      <w:proofErr w:type="spellEnd"/>
      <w:r w:rsidRPr="00D4469C">
        <w:rPr>
          <w:color w:val="000000" w:themeColor="text1"/>
          <w:sz w:val="24"/>
          <w:szCs w:val="24"/>
        </w:rPr>
        <w:t>?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79"/>
        <w:gridCol w:w="2870"/>
        <w:gridCol w:w="1999"/>
        <w:gridCol w:w="1890"/>
        <w:gridCol w:w="1886"/>
        <w:gridCol w:w="1833"/>
        <w:gridCol w:w="1673"/>
      </w:tblGrid>
      <w:tr w:rsidR="00D4469C" w:rsidRPr="00A46E2B" w14:paraId="1195048D" w14:textId="77777777">
        <w:trPr>
          <w:jc w:val="center"/>
        </w:trPr>
        <w:tc>
          <w:tcPr>
            <w:tcW w:w="2020" w:type="dxa"/>
            <w:shd w:val="clear" w:color="auto" w:fill="EDEDED"/>
          </w:tcPr>
          <w:p w14:paraId="721DF674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b/>
                <w:color w:val="000000" w:themeColor="text1"/>
                <w:sz w:val="20"/>
                <w:szCs w:val="20"/>
              </w:rPr>
              <w:t>Código</w:t>
            </w:r>
          </w:p>
        </w:tc>
        <w:tc>
          <w:tcPr>
            <w:tcW w:w="2020" w:type="dxa"/>
            <w:shd w:val="clear" w:color="auto" w:fill="EDEDED"/>
          </w:tcPr>
          <w:p w14:paraId="0284A3F3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Etiqueta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359252A8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Definición</w:t>
            </w:r>
            <w:proofErr w:type="spellEnd"/>
            <w:r w:rsidRPr="00A46E2B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operativa</w:t>
            </w:r>
            <w:proofErr w:type="spellEnd"/>
          </w:p>
        </w:tc>
        <w:tc>
          <w:tcPr>
            <w:tcW w:w="2020" w:type="dxa"/>
            <w:shd w:val="clear" w:color="auto" w:fill="EDEDED"/>
          </w:tcPr>
          <w:p w14:paraId="4979C569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Incluir</w:t>
            </w:r>
            <w:proofErr w:type="spellEnd"/>
            <w:r w:rsidRPr="00A46E2B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A46E2B">
              <w:rPr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5F971779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Excluir</w:t>
            </w:r>
            <w:proofErr w:type="spellEnd"/>
            <w:r w:rsidRPr="00A46E2B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cuando</w:t>
            </w:r>
            <w:proofErr w:type="spellEnd"/>
            <w:r w:rsidRPr="00A46E2B">
              <w:rPr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2020" w:type="dxa"/>
            <w:shd w:val="clear" w:color="auto" w:fill="EDEDED"/>
          </w:tcPr>
          <w:p w14:paraId="426C5DFD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Ejemplo</w:t>
            </w:r>
            <w:proofErr w:type="spellEnd"/>
            <w:r w:rsidRPr="00A46E2B">
              <w:rPr>
                <w:b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extracto</w:t>
            </w:r>
            <w:proofErr w:type="spellEnd"/>
            <w:r w:rsidRPr="00A46E2B">
              <w:rPr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20" w:type="dxa"/>
            <w:shd w:val="clear" w:color="auto" w:fill="EDEDED"/>
          </w:tcPr>
          <w:p w14:paraId="525E955D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b/>
                <w:color w:val="000000" w:themeColor="text1"/>
                <w:sz w:val="20"/>
                <w:szCs w:val="20"/>
              </w:rPr>
              <w:t>Notas</w:t>
            </w:r>
            <w:proofErr w:type="spellEnd"/>
          </w:p>
        </w:tc>
      </w:tr>
      <w:tr w:rsidR="00D4469C" w:rsidRPr="00A46E2B" w14:paraId="01DAC8F9" w14:textId="77777777">
        <w:trPr>
          <w:jc w:val="center"/>
        </w:trPr>
        <w:tc>
          <w:tcPr>
            <w:tcW w:w="2020" w:type="dxa"/>
          </w:tcPr>
          <w:p w14:paraId="1CDC610D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t>C25_POS</w:t>
            </w:r>
          </w:p>
        </w:tc>
        <w:tc>
          <w:tcPr>
            <w:tcW w:w="2020" w:type="dxa"/>
          </w:tcPr>
          <w:p w14:paraId="4D8402AB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Valoración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positiva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éxito</w:t>
            </w:r>
            <w:proofErr w:type="spellEnd"/>
          </w:p>
        </w:tc>
        <w:tc>
          <w:tcPr>
            <w:tcW w:w="2020" w:type="dxa"/>
          </w:tcPr>
          <w:p w14:paraId="5C6736E2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Comentario elogioso general sobre la experiencia o el evento.</w:t>
            </w:r>
          </w:p>
        </w:tc>
        <w:tc>
          <w:tcPr>
            <w:tcW w:w="2020" w:type="dxa"/>
          </w:tcPr>
          <w:p w14:paraId="7EB150FE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t>“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enriquecedor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éxito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excelente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737D18C1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Agradecimiento explícito (C25_AGR) si domina.</w:t>
            </w:r>
          </w:p>
        </w:tc>
        <w:tc>
          <w:tcPr>
            <w:tcW w:w="2020" w:type="dxa"/>
          </w:tcPr>
          <w:p w14:paraId="212BA751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Fue muy enriquecedor participar como organizadora y considero que fue un éxito.</w:t>
            </w:r>
          </w:p>
        </w:tc>
        <w:tc>
          <w:tcPr>
            <w:tcW w:w="2020" w:type="dxa"/>
          </w:tcPr>
          <w:p w14:paraId="22BE8400" w14:textId="77777777" w:rsidR="00E151DE" w:rsidRPr="00A46E2B" w:rsidRDefault="00E151DE">
            <w:pPr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A46E2B" w14:paraId="721E840E" w14:textId="77777777">
        <w:trPr>
          <w:jc w:val="center"/>
        </w:trPr>
        <w:tc>
          <w:tcPr>
            <w:tcW w:w="2020" w:type="dxa"/>
          </w:tcPr>
          <w:p w14:paraId="415CAB2F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t>C25_AGR</w:t>
            </w:r>
          </w:p>
        </w:tc>
        <w:tc>
          <w:tcPr>
            <w:tcW w:w="2020" w:type="dxa"/>
          </w:tcPr>
          <w:p w14:paraId="1B2002CB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Agradecimiento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reconocimiento</w:t>
            </w:r>
            <w:proofErr w:type="spellEnd"/>
          </w:p>
        </w:tc>
        <w:tc>
          <w:tcPr>
            <w:tcW w:w="2020" w:type="dxa"/>
          </w:tcPr>
          <w:p w14:paraId="3617F2A0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Agradece invitación o reconoce al equipo/organización.</w:t>
            </w:r>
          </w:p>
        </w:tc>
        <w:tc>
          <w:tcPr>
            <w:tcW w:w="2020" w:type="dxa"/>
          </w:tcPr>
          <w:p w14:paraId="4FC3A589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t>“gracias”, “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agradezco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”, “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felicidades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”.</w:t>
            </w:r>
          </w:p>
        </w:tc>
        <w:tc>
          <w:tcPr>
            <w:tcW w:w="2020" w:type="dxa"/>
          </w:tcPr>
          <w:p w14:paraId="1FB26891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Sugerencias de mejora (C25_SUG).</w:t>
            </w:r>
          </w:p>
        </w:tc>
        <w:tc>
          <w:tcPr>
            <w:tcW w:w="2020" w:type="dxa"/>
          </w:tcPr>
          <w:p w14:paraId="1A623674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Muchas gracias por la invitación</w:t>
            </w:r>
          </w:p>
        </w:tc>
        <w:tc>
          <w:tcPr>
            <w:tcW w:w="2020" w:type="dxa"/>
          </w:tcPr>
          <w:p w14:paraId="44CFC753" w14:textId="77777777" w:rsidR="00E151DE" w:rsidRPr="00A46E2B" w:rsidRDefault="00E151DE">
            <w:pPr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4469C" w:rsidRPr="00A46E2B" w14:paraId="0D47E9DC" w14:textId="77777777">
        <w:trPr>
          <w:jc w:val="center"/>
        </w:trPr>
        <w:tc>
          <w:tcPr>
            <w:tcW w:w="2020" w:type="dxa"/>
          </w:tcPr>
          <w:p w14:paraId="17BD032D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t>C25_SUG</w:t>
            </w:r>
          </w:p>
        </w:tc>
        <w:tc>
          <w:tcPr>
            <w:tcW w:w="2020" w:type="dxa"/>
          </w:tcPr>
          <w:p w14:paraId="492F9303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Sugerencia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puntual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adicional</w:t>
            </w:r>
            <w:proofErr w:type="spellEnd"/>
          </w:p>
        </w:tc>
        <w:tc>
          <w:tcPr>
            <w:tcW w:w="2020" w:type="dxa"/>
          </w:tcPr>
          <w:p w14:paraId="4127C6BC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Sugerencia concreta adicional no registrada en C23.</w:t>
            </w:r>
          </w:p>
        </w:tc>
        <w:tc>
          <w:tcPr>
            <w:tcW w:w="2020" w:type="dxa"/>
          </w:tcPr>
          <w:p w14:paraId="2E0002AC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Propone mejorar algo específico en comentarios finales.</w:t>
            </w:r>
          </w:p>
        </w:tc>
        <w:tc>
          <w:tcPr>
            <w:tcW w:w="2020" w:type="dxa"/>
          </w:tcPr>
          <w:p w14:paraId="51735B4C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 xml:space="preserve">Si corresponde claramente a un aspecto de C23, </w:t>
            </w:r>
            <w:r w:rsidRPr="00A46E2B">
              <w:rPr>
                <w:color w:val="000000" w:themeColor="text1"/>
                <w:sz w:val="20"/>
                <w:szCs w:val="20"/>
                <w:lang w:val="es-ES"/>
              </w:rPr>
              <w:lastRenderedPageBreak/>
              <w:t>codificar también con C23.</w:t>
            </w:r>
          </w:p>
        </w:tc>
        <w:tc>
          <w:tcPr>
            <w:tcW w:w="2020" w:type="dxa"/>
          </w:tcPr>
          <w:p w14:paraId="51825224" w14:textId="77777777" w:rsidR="0029650F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lastRenderedPageBreak/>
              <w:t xml:space="preserve">Creo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que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se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puede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mejorar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la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circulación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visitantes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respecto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A46E2B">
              <w:rPr>
                <w:color w:val="000000" w:themeColor="text1"/>
                <w:sz w:val="20"/>
                <w:szCs w:val="20"/>
              </w:rPr>
              <w:lastRenderedPageBreak/>
              <w:t xml:space="preserve">a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los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tiempos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y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ubicaciones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0F961FA0" w14:textId="77777777" w:rsidR="00E151DE" w:rsidRPr="00A46E2B" w:rsidRDefault="00E151DE">
            <w:pPr>
              <w:rPr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E151DE" w:rsidRPr="00A46E2B" w14:paraId="362C3B79" w14:textId="77777777">
        <w:trPr>
          <w:jc w:val="center"/>
        </w:trPr>
        <w:tc>
          <w:tcPr>
            <w:tcW w:w="2020" w:type="dxa"/>
          </w:tcPr>
          <w:p w14:paraId="1AE36142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t>NA_SIN_RESPUESTA</w:t>
            </w:r>
          </w:p>
        </w:tc>
        <w:tc>
          <w:tcPr>
            <w:tcW w:w="2020" w:type="dxa"/>
          </w:tcPr>
          <w:p w14:paraId="2016EDA1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t xml:space="preserve">Sin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respuesta</w:t>
            </w:r>
            <w:proofErr w:type="spellEnd"/>
          </w:p>
        </w:tc>
        <w:tc>
          <w:tcPr>
            <w:tcW w:w="2020" w:type="dxa"/>
          </w:tcPr>
          <w:p w14:paraId="2AA70C5C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  <w:lang w:val="es-ES"/>
              </w:rPr>
            </w:pPr>
            <w:r w:rsidRPr="00A46E2B">
              <w:rPr>
                <w:color w:val="000000" w:themeColor="text1"/>
                <w:sz w:val="20"/>
                <w:szCs w:val="20"/>
                <w:lang w:val="es-ES"/>
              </w:rPr>
              <w:t>Celda vacía, guion o texto no interpretable.</w:t>
            </w:r>
          </w:p>
        </w:tc>
        <w:tc>
          <w:tcPr>
            <w:tcW w:w="2020" w:type="dxa"/>
          </w:tcPr>
          <w:p w14:paraId="6591FB36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Vacío</w:t>
            </w:r>
            <w:proofErr w:type="spellEnd"/>
            <w:proofErr w:type="gramStart"/>
            <w:r w:rsidRPr="00A46E2B">
              <w:rPr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A46E2B">
              <w:rPr>
                <w:color w:val="000000" w:themeColor="text1"/>
                <w:sz w:val="20"/>
                <w:szCs w:val="20"/>
              </w:rPr>
              <w:t>—”</w:t>
            </w:r>
            <w:proofErr w:type="gramStart"/>
            <w:r w:rsidRPr="00A46E2B">
              <w:rPr>
                <w:color w:val="000000" w:themeColor="text1"/>
                <w:sz w:val="20"/>
                <w:szCs w:val="20"/>
              </w:rPr>
              <w:t>/“</w:t>
            </w:r>
            <w:proofErr w:type="gramEnd"/>
            <w:r w:rsidRPr="00A46E2B">
              <w:rPr>
                <w:color w:val="000000" w:themeColor="text1"/>
                <w:sz w:val="20"/>
                <w:szCs w:val="20"/>
              </w:rPr>
              <w:t xml:space="preserve">-”/sin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contenido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46E2B">
              <w:rPr>
                <w:color w:val="000000" w:themeColor="text1"/>
                <w:sz w:val="20"/>
                <w:szCs w:val="20"/>
              </w:rPr>
              <w:t>significativo</w:t>
            </w:r>
            <w:proofErr w:type="spellEnd"/>
            <w:r w:rsidRPr="00A46E2B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0" w:type="dxa"/>
          </w:tcPr>
          <w:p w14:paraId="2C5F45FF" w14:textId="77777777" w:rsidR="00E151DE" w:rsidRPr="00A46E2B" w:rsidRDefault="00000000">
            <w:pPr>
              <w:rPr>
                <w:color w:val="000000" w:themeColor="text1"/>
                <w:sz w:val="20"/>
                <w:szCs w:val="20"/>
              </w:rPr>
            </w:pPr>
            <w:r w:rsidRPr="00A46E2B">
              <w:rPr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2020" w:type="dxa"/>
          </w:tcPr>
          <w:p w14:paraId="5E0D1962" w14:textId="77777777" w:rsidR="00E151DE" w:rsidRPr="00A46E2B" w:rsidRDefault="00E151D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20" w:type="dxa"/>
          </w:tcPr>
          <w:p w14:paraId="3793A4F6" w14:textId="77777777" w:rsidR="00E151DE" w:rsidRPr="00A46E2B" w:rsidRDefault="00E151DE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59F25D15" w14:textId="77777777" w:rsidR="00657D44" w:rsidRPr="00D4469C" w:rsidRDefault="00657D44">
      <w:pPr>
        <w:rPr>
          <w:color w:val="000000" w:themeColor="text1"/>
          <w:sz w:val="18"/>
          <w:szCs w:val="18"/>
        </w:rPr>
      </w:pPr>
    </w:p>
    <w:sectPr w:rsidR="00657D44" w:rsidRPr="00D4469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6822315">
    <w:abstractNumId w:val="8"/>
  </w:num>
  <w:num w:numId="2" w16cid:durableId="911500953">
    <w:abstractNumId w:val="6"/>
  </w:num>
  <w:num w:numId="3" w16cid:durableId="519196726">
    <w:abstractNumId w:val="5"/>
  </w:num>
  <w:num w:numId="4" w16cid:durableId="1542355960">
    <w:abstractNumId w:val="4"/>
  </w:num>
  <w:num w:numId="5" w16cid:durableId="387924049">
    <w:abstractNumId w:val="7"/>
  </w:num>
  <w:num w:numId="6" w16cid:durableId="520047167">
    <w:abstractNumId w:val="3"/>
  </w:num>
  <w:num w:numId="7" w16cid:durableId="622662972">
    <w:abstractNumId w:val="2"/>
  </w:num>
  <w:num w:numId="8" w16cid:durableId="1839732133">
    <w:abstractNumId w:val="1"/>
  </w:num>
  <w:num w:numId="9" w16cid:durableId="1687634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76D"/>
    <w:rsid w:val="00034616"/>
    <w:rsid w:val="0006063C"/>
    <w:rsid w:val="000E513E"/>
    <w:rsid w:val="000F3E00"/>
    <w:rsid w:val="0015074B"/>
    <w:rsid w:val="001534F6"/>
    <w:rsid w:val="001A5894"/>
    <w:rsid w:val="001C54E3"/>
    <w:rsid w:val="00217F41"/>
    <w:rsid w:val="0029639D"/>
    <w:rsid w:val="0029650F"/>
    <w:rsid w:val="002C5A51"/>
    <w:rsid w:val="00326F90"/>
    <w:rsid w:val="003E774A"/>
    <w:rsid w:val="00447E2D"/>
    <w:rsid w:val="0045033D"/>
    <w:rsid w:val="00460CB8"/>
    <w:rsid w:val="0049385E"/>
    <w:rsid w:val="00571984"/>
    <w:rsid w:val="00593D3A"/>
    <w:rsid w:val="00650313"/>
    <w:rsid w:val="00657D44"/>
    <w:rsid w:val="00741666"/>
    <w:rsid w:val="0082564E"/>
    <w:rsid w:val="00860ACE"/>
    <w:rsid w:val="008A1B7B"/>
    <w:rsid w:val="008D731F"/>
    <w:rsid w:val="00920015"/>
    <w:rsid w:val="00964A81"/>
    <w:rsid w:val="00A46E2B"/>
    <w:rsid w:val="00AA1D8D"/>
    <w:rsid w:val="00B43CFA"/>
    <w:rsid w:val="00B47730"/>
    <w:rsid w:val="00B632C6"/>
    <w:rsid w:val="00BA1228"/>
    <w:rsid w:val="00BD650E"/>
    <w:rsid w:val="00C90CBD"/>
    <w:rsid w:val="00CB0664"/>
    <w:rsid w:val="00CD73D5"/>
    <w:rsid w:val="00CF12DB"/>
    <w:rsid w:val="00CF2E48"/>
    <w:rsid w:val="00D04F89"/>
    <w:rsid w:val="00D4469C"/>
    <w:rsid w:val="00DE2F0E"/>
    <w:rsid w:val="00E151DE"/>
    <w:rsid w:val="00E27B99"/>
    <w:rsid w:val="00E6447A"/>
    <w:rsid w:val="00EB3D4C"/>
    <w:rsid w:val="00F943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BB9EB8"/>
  <w14:defaultImageDpi w14:val="300"/>
  <w15:docId w15:val="{08D3FCBD-3456-E34B-AC5F-63D6DAF8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36</Pages>
  <Words>5804</Words>
  <Characters>43186</Characters>
  <Application>Microsoft Office Word</Application>
  <DocSecurity>0</DocSecurity>
  <Lines>1233</Lines>
  <Paragraphs>203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 Luisa Montes</cp:lastModifiedBy>
  <cp:revision>4</cp:revision>
  <dcterms:created xsi:type="dcterms:W3CDTF">2026-07-03T19:09:00Z</dcterms:created>
  <dcterms:modified xsi:type="dcterms:W3CDTF">2026-07-07T19:05:00Z</dcterms:modified>
  <cp:category/>
</cp:coreProperties>
</file>